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ACUERDO DE CAMBIO DE JORNADA LABORAL</w:t>
      </w:r>
    </w:p>
    <w:p/>
    <w:p>
      <w:r>
        <w:rPr>
          <w:b/>
          <w:sz w:val="20"/>
        </w:rPr>
        <w:t>De una parte,</w:t>
      </w:r>
    </w:p>
    <w:p>
      <w:r>
        <w:rPr>
          <w:b w:val="0"/>
          <w:sz w:val="20"/>
        </w:rPr>
        <w:t>La empresa ____________________________________________________, con CIF número ______________ y domicilio social en ________________________________________________________, representada por D./Dña. __________________________________________________________, en calidad de ___________________________________________.</w:t>
      </w:r>
    </w:p>
    <w:p/>
    <w:p>
      <w:r>
        <w:rPr>
          <w:b/>
          <w:sz w:val="20"/>
        </w:rPr>
        <w:t>Y de otra parte,</w:t>
      </w:r>
    </w:p>
    <w:p>
      <w:r>
        <w:rPr>
          <w:b w:val="0"/>
          <w:sz w:val="20"/>
        </w:rPr>
        <w:t>D./Dña. ____________________________________________________________, mayor de edad, con DNI/NIE número ________________, y domicilio en ________________________________________________________, que presta servicios para la empresa en el centro de trabajo sito en ________________________________________________________, con la categoría profesional de ______________________________________.</w:t>
      </w:r>
    </w:p>
    <w:p/>
    <w:p>
      <w:r>
        <w:rPr>
          <w:b/>
          <w:sz w:val="20"/>
        </w:rPr>
        <w:t>EXPONEN</w:t>
      </w:r>
    </w:p>
    <w:p>
      <w:r>
        <w:rPr>
          <w:b w:val="0"/>
          <w:sz w:val="20"/>
        </w:rPr>
        <w:t>I. Que la persona trabajadora presta sus servicios en virtud de contrato de trabajo suscrito en fecha ____________________, con una jornada laboral de __________ horas semanales, en horario de ________________________________.</w:t>
      </w:r>
    </w:p>
    <w:p>
      <w:r>
        <w:rPr>
          <w:b w:val="0"/>
          <w:sz w:val="20"/>
        </w:rPr>
        <w:t>II. Que por mutuo acuerdo de las partes, y en atención a las circunstancias personales y organizativas concurrentes, se ha decidido modificar las condiciones de la jornada y/o el horario de trabajo, en los siguientes términos:</w:t>
      </w:r>
    </w:p>
    <w:p/>
    <w:p>
      <w:r>
        <w:rPr>
          <w:b/>
          <w:sz w:val="20"/>
        </w:rPr>
        <w:t>ACUERDAN</w:t>
      </w:r>
    </w:p>
    <w:p>
      <w:r>
        <w:rPr>
          <w:b w:val="0"/>
          <w:sz w:val="20"/>
        </w:rPr>
        <w:t>1. Modificar la jornada laboral de la persona trabajadora que, a partir de la firma del presente acuerdo, pasará a ser de __________ horas semanales, distribuidas en el siguiente horario: _________________________________________________________________.</w:t>
      </w:r>
    </w:p>
    <w:p>
      <w:r>
        <w:rPr>
          <w:b w:val="0"/>
          <w:sz w:val="20"/>
        </w:rPr>
        <w:t>2. El resto de condiciones laborales contenidas en el contrato de trabajo y acuerdos anteriores no se ven modificadas, manteniéndose plenamente vigentes en todos sus términos.</w:t>
      </w:r>
    </w:p>
    <w:p>
      <w:r>
        <w:rPr>
          <w:b w:val="0"/>
          <w:sz w:val="20"/>
        </w:rPr>
        <w:t>3. El presente acuerdo tendrá efectos a partir del día ______________________________.</w:t>
      </w:r>
    </w:p>
    <w:p>
      <w:r>
        <w:rPr>
          <w:b w:val="0"/>
          <w:sz w:val="20"/>
        </w:rPr>
        <w:t>4. Ambas partes manifiestan su conformidad con el contenido del presente acuerdo y lo firman por duplicado y a un solo efecto, cada una de ellas quedándose con un ejemplar debidamente firmado.</w:t>
      </w:r>
    </w:p>
    <w:p/>
    <w:p>
      <w:r>
        <w:rPr>
          <w:b/>
          <w:sz w:val="20"/>
        </w:rPr>
        <w:t>Por la empresa,</w:t>
      </w:r>
    </w:p>
    <w:p/>
    <w:p/>
    <w:p/>
    <w:p>
      <w:r>
        <w:rPr>
          <w:b w:val="0"/>
          <w:sz w:val="20"/>
        </w:rPr>
        <w:t>Firma: ___________________________</w:t>
      </w:r>
    </w:p>
    <w:p/>
    <w:p/>
    <w:p>
      <w:r>
        <w:rPr>
          <w:b/>
          <w:sz w:val="20"/>
        </w:rPr>
        <w:t>Por la persona trabajadora,</w:t>
      </w:r>
    </w:p>
    <w:p/>
    <w:p/>
    <w:p/>
    <w:p>
      <w:r>
        <w:rPr>
          <w:b w:val="0"/>
          <w:sz w:val="20"/>
        </w:rPr>
        <w:t>Firma: ___________________________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