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BALANCE DE LA COMUNIDAD DE PROPIETARIOS</w:t>
      </w:r>
    </w:p>
    <w:p/>
    <w:p/>
    <w:p>
      <w:r>
        <w:rPr>
          <w:b/>
          <w:sz w:val="20"/>
        </w:rPr>
        <w:t>COMUNIDAD DE PROPIETARIOS:</w:t>
      </w:r>
    </w:p>
    <w:p>
      <w:r>
        <w:rPr>
          <w:b w:val="0"/>
          <w:sz w:val="20"/>
        </w:rPr>
        <w:t>Dirección: ___________________________________________________________</w:t>
      </w:r>
    </w:p>
    <w:p>
      <w:r>
        <w:rPr>
          <w:b w:val="0"/>
          <w:sz w:val="20"/>
        </w:rPr>
        <w:t>Localidad: ___________________________     Provincia: ________________</w:t>
      </w:r>
    </w:p>
    <w:p>
      <w:r>
        <w:rPr>
          <w:b w:val="0"/>
          <w:sz w:val="20"/>
        </w:rPr>
        <w:t>CIF: _________________________________</w:t>
      </w:r>
    </w:p>
    <w:p/>
    <w:p/>
    <w:p>
      <w:r>
        <w:rPr>
          <w:b/>
          <w:sz w:val="20"/>
        </w:rPr>
        <w:t>EJERCICIO ECONÓMICO:</w:t>
      </w:r>
    </w:p>
    <w:p>
      <w:r>
        <w:rPr>
          <w:b w:val="0"/>
          <w:sz w:val="20"/>
        </w:rPr>
        <w:t>Desde: ___________________    Hasta: ___________________</w:t>
      </w:r>
    </w:p>
    <w:p/>
    <w:p/>
    <w:p>
      <w:r>
        <w:rPr>
          <w:b/>
          <w:sz w:val="20"/>
        </w:rPr>
        <w:t>SALDO INICIAL:</w:t>
      </w:r>
    </w:p>
    <w:p>
      <w:r>
        <w:rPr>
          <w:b w:val="0"/>
          <w:sz w:val="20"/>
        </w:rPr>
        <w:t>Cuenta corriente: ___________________________ €</w:t>
      </w:r>
    </w:p>
    <w:p>
      <w:r>
        <w:rPr>
          <w:b w:val="0"/>
          <w:sz w:val="20"/>
        </w:rPr>
        <w:t>Caja: ______________________________________ €</w:t>
      </w:r>
    </w:p>
    <w:p>
      <w:r>
        <w:rPr>
          <w:b w:val="0"/>
          <w:sz w:val="20"/>
        </w:rPr>
        <w:t>Total saldo inicial: ________________________ €</w:t>
      </w:r>
    </w:p>
    <w:p/>
    <w:p/>
    <w:p>
      <w:r>
        <w:rPr>
          <w:b/>
          <w:sz w:val="20"/>
        </w:rPr>
        <w:t>INGRESOS:</w:t>
      </w:r>
    </w:p>
    <w:p>
      <w:r>
        <w:rPr>
          <w:b w:val="0"/>
          <w:sz w:val="20"/>
        </w:rPr>
        <w:t>Cuotas ordinarias: __________________________ €</w:t>
      </w:r>
    </w:p>
    <w:p>
      <w:r>
        <w:rPr>
          <w:b w:val="0"/>
          <w:sz w:val="20"/>
        </w:rPr>
        <w:t>Cuotas extraordinarias: _____________________ €</w:t>
      </w:r>
    </w:p>
    <w:p>
      <w:r>
        <w:rPr>
          <w:b w:val="0"/>
          <w:sz w:val="20"/>
        </w:rPr>
        <w:t>Intereses bancarios: ________________________ €</w:t>
      </w:r>
    </w:p>
    <w:p>
      <w:r>
        <w:rPr>
          <w:b w:val="0"/>
          <w:sz w:val="20"/>
        </w:rPr>
        <w:t>Recibos pendientes años anteriores: _________ €</w:t>
      </w:r>
    </w:p>
    <w:p>
      <w:r>
        <w:rPr>
          <w:b w:val="0"/>
          <w:sz w:val="20"/>
        </w:rPr>
        <w:t>Otros ingresos: _____________________________ €</w:t>
      </w:r>
    </w:p>
    <w:p>
      <w:r>
        <w:rPr>
          <w:b w:val="0"/>
          <w:sz w:val="20"/>
        </w:rPr>
        <w:t>Total ingresos: _____________________________ €</w:t>
      </w:r>
    </w:p>
    <w:p/>
    <w:p/>
    <w:p>
      <w:r>
        <w:rPr>
          <w:b/>
          <w:sz w:val="20"/>
        </w:rPr>
        <w:t>GASTOS:</w:t>
      </w:r>
    </w:p>
    <w:p>
      <w:r>
        <w:rPr>
          <w:b w:val="0"/>
          <w:sz w:val="20"/>
        </w:rPr>
        <w:t>Gastos de personal: _________________________ €</w:t>
      </w:r>
    </w:p>
    <w:p>
      <w:r>
        <w:rPr>
          <w:b w:val="0"/>
          <w:sz w:val="20"/>
        </w:rPr>
        <w:t>Limpieza: __________________________________ €</w:t>
      </w:r>
    </w:p>
    <w:p>
      <w:r>
        <w:rPr>
          <w:b w:val="0"/>
          <w:sz w:val="20"/>
        </w:rPr>
        <w:t>Mantenimiento ascensor: ____________________ €</w:t>
      </w:r>
    </w:p>
    <w:p>
      <w:r>
        <w:rPr>
          <w:b w:val="0"/>
          <w:sz w:val="20"/>
        </w:rPr>
        <w:t>Suministro electricidad: ___________________ €</w:t>
      </w:r>
    </w:p>
    <w:p>
      <w:r>
        <w:rPr>
          <w:b w:val="0"/>
          <w:sz w:val="20"/>
        </w:rPr>
        <w:t>Suministro agua: ___________________________ €</w:t>
      </w:r>
    </w:p>
    <w:p>
      <w:r>
        <w:rPr>
          <w:b w:val="0"/>
          <w:sz w:val="20"/>
        </w:rPr>
        <w:t>Seguro edificio: ___________________________ €</w:t>
      </w:r>
    </w:p>
    <w:p>
      <w:r>
        <w:rPr>
          <w:b w:val="0"/>
          <w:sz w:val="20"/>
        </w:rPr>
        <w:t>Honorarios administración: _________________ €</w:t>
      </w:r>
    </w:p>
    <w:p>
      <w:r>
        <w:rPr>
          <w:b w:val="0"/>
          <w:sz w:val="20"/>
        </w:rPr>
        <w:t>Reparaciones y conservación: _______________ €</w:t>
      </w:r>
    </w:p>
    <w:p>
      <w:r>
        <w:rPr>
          <w:b w:val="0"/>
          <w:sz w:val="20"/>
        </w:rPr>
        <w:t>Gastos bancarios: __________________________ €</w:t>
      </w:r>
    </w:p>
    <w:p>
      <w:r>
        <w:rPr>
          <w:b w:val="0"/>
          <w:sz w:val="20"/>
        </w:rPr>
        <w:t>Otros gastos: ______________________________ €</w:t>
      </w:r>
    </w:p>
    <w:p>
      <w:r>
        <w:rPr>
          <w:b w:val="0"/>
          <w:sz w:val="20"/>
        </w:rPr>
        <w:t>Total gastos: ______________________________ €</w:t>
      </w:r>
    </w:p>
    <w:p/>
    <w:p/>
    <w:p>
      <w:r>
        <w:rPr>
          <w:b/>
          <w:sz w:val="20"/>
        </w:rPr>
        <w:t>RESUMEN FINAL:</w:t>
      </w:r>
    </w:p>
    <w:p>
      <w:r>
        <w:rPr>
          <w:b w:val="0"/>
          <w:sz w:val="20"/>
        </w:rPr>
        <w:t>Total ingresos: _____________________________ €</w:t>
      </w:r>
    </w:p>
    <w:p>
      <w:r>
        <w:rPr>
          <w:b w:val="0"/>
          <w:sz w:val="20"/>
        </w:rPr>
        <w:t>Total gastos: ______________________________ €</w:t>
      </w:r>
    </w:p>
    <w:p>
      <w:r>
        <w:rPr>
          <w:b w:val="0"/>
          <w:sz w:val="20"/>
        </w:rPr>
        <w:t>Saldo final: _______________________________ €</w:t>
      </w:r>
    </w:p>
    <w:p/>
    <w:p/>
    <w:p>
      <w:r>
        <w:rPr>
          <w:b/>
          <w:sz w:val="20"/>
        </w:rPr>
        <w:t>DETALLE DE INGRESOS:</w:t>
      </w:r>
    </w:p>
    <w:p>
      <w:r>
        <w:rPr>
          <w:b w:val="0"/>
          <w:sz w:val="20"/>
        </w:rPr>
        <w:t>Fecha      Concepto                          Importe (€)</w:t>
      </w:r>
    </w:p>
    <w:p>
      <w:r>
        <w:rPr>
          <w:b w:val="0"/>
          <w:sz w:val="20"/>
        </w:rPr>
        <w:t>___________________________________________________________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/>
    <w:p/>
    <w:p>
      <w:r>
        <w:rPr>
          <w:b/>
          <w:sz w:val="20"/>
        </w:rPr>
        <w:t>DETALLE DE GASTOS:</w:t>
      </w:r>
    </w:p>
    <w:p>
      <w:r>
        <w:rPr>
          <w:b w:val="0"/>
          <w:sz w:val="20"/>
        </w:rPr>
        <w:t>Fecha      Concepto                          Importe (€)</w:t>
      </w:r>
    </w:p>
    <w:p>
      <w:r>
        <w:rPr>
          <w:b w:val="0"/>
          <w:sz w:val="20"/>
        </w:rPr>
        <w:t>___________________________________________________________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/>
    <w:p/>
    <w:p>
      <w:r>
        <w:rPr>
          <w:b/>
          <w:sz w:val="20"/>
        </w:rPr>
        <w:t>SALDOS PENDIENTES DE PROPIETARIOS:</w:t>
      </w:r>
    </w:p>
    <w:p>
      <w:r>
        <w:rPr>
          <w:b w:val="0"/>
          <w:sz w:val="20"/>
        </w:rPr>
        <w:t>Propietario               Importe pendiente (€)</w:t>
      </w:r>
    </w:p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>
      <w:r>
        <w:rPr>
          <w:b w:val="0"/>
          <w:sz w:val="20"/>
        </w:rPr>
      </w:r>
    </w:p>
    <w:p/>
    <w:p/>
    <w:p>
      <w:r>
        <w:rPr>
          <w:b/>
          <w:sz w:val="20"/>
        </w:rPr>
        <w:t>El Presidente</w:t>
      </w:r>
    </w:p>
    <w:p/>
    <w:p/>
    <w:p/>
    <w:p>
      <w:r>
        <w:rPr>
          <w:b w:val="0"/>
          <w:sz w:val="20"/>
        </w:rPr>
        <w:t>Firma: _________________________</w:t>
      </w:r>
    </w:p>
    <w:p/>
    <w:p/>
    <w:p>
      <w:r>
        <w:rPr>
          <w:b/>
          <w:sz w:val="20"/>
        </w:rPr>
        <w:t>El Administrador</w:t>
      </w:r>
    </w:p>
    <w:p/>
    <w:p/>
    <w:p/>
    <w:p>
      <w:r>
        <w:rPr>
          <w:b w:val="0"/>
          <w:sz w:val="20"/>
        </w:rPr>
        <w:t>Firma: 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https://experto-administrativo.com/balance-comunidad-de-propietarios/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balance-comunidad-de-propietarios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