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CANCELACIÓN DE PRÉSTAMO ENTRE PARTICULARES (FAMILIARES)</w:t>
      </w:r>
    </w:p>
    <w:p/>
    <w:p>
      <w:r>
        <w:rPr>
          <w:b/>
          <w:sz w:val="20"/>
        </w:rPr>
        <w:t>PRESTATARIO/A:</w:t>
      </w:r>
    </w:p>
    <w:p>
      <w:r>
        <w:rPr>
          <w:b w:val="0"/>
          <w:sz w:val="20"/>
        </w:rPr>
        <w:t>D./Dña. _____________________________________________________________</w:t>
      </w:r>
    </w:p>
    <w:p>
      <w:r>
        <w:rPr>
          <w:b w:val="0"/>
          <w:sz w:val="20"/>
        </w:rPr>
        <w:t>DNI/NIE: _____________________     Domicilio: _________________________________</w:t>
      </w:r>
    </w:p>
    <w:p>
      <w:r>
        <w:rPr>
          <w:b w:val="0"/>
          <w:sz w:val="20"/>
        </w:rPr>
        <w:t>Localidad: ___________________     Teléfono: _________________________________</w:t>
      </w:r>
    </w:p>
    <w:p/>
    <w:p>
      <w:r>
        <w:rPr>
          <w:b/>
          <w:sz w:val="20"/>
        </w:rPr>
        <w:t>PRESTAMISTA:</w:t>
      </w:r>
    </w:p>
    <w:p>
      <w:r>
        <w:rPr>
          <w:b w:val="0"/>
          <w:sz w:val="20"/>
        </w:rPr>
        <w:t>D./Dña. _____________________________________________________________</w:t>
      </w:r>
    </w:p>
    <w:p>
      <w:r>
        <w:rPr>
          <w:b w:val="0"/>
          <w:sz w:val="20"/>
        </w:rPr>
        <w:t>DNI/NIE: _____________________     Domicilio: _________________________________</w:t>
      </w:r>
    </w:p>
    <w:p>
      <w:r>
        <w:rPr>
          <w:b w:val="0"/>
          <w:sz w:val="20"/>
        </w:rPr>
        <w:t>Localidad: ___________________     Teléfono: _________________________________</w:t>
      </w:r>
    </w:p>
    <w:p/>
    <w:p/>
    <w:p>
      <w:r>
        <w:rPr>
          <w:b/>
          <w:sz w:val="22"/>
        </w:rPr>
        <w:t>DECLARACIÓN</w:t>
      </w:r>
    </w:p>
    <w:p>
      <w:r>
        <w:rPr>
          <w:b w:val="0"/>
          <w:sz w:val="20"/>
        </w:rPr>
        <w:t>Ambas partes, arriba identificadas, manifiestan que en su día suscribieron un contrato de préstamo entre particulares, mediante el cual el PRESTAMISTA entregó al PRESTATARIO/A la cantidad de __________________ euros (_________ €), quedando constancia de dicha operación en el documento correspondiente.</w:t>
      </w:r>
    </w:p>
    <w:p>
      <w:r>
        <w:rPr>
          <w:b w:val="0"/>
          <w:sz w:val="20"/>
        </w:rPr>
        <w:t>Por medio del presente documento, ambas partes acuerdan y dejan constancia expresa de que el préstamo referido ha quedado totalmente cancelado, habiendo devuelto el PRESTATARIO/A al PRESTAMISTA la totalidad del capital prestado, junto con los posibles intereses acordados —en su caso—, no quedando cantidad pendiente alguna entre las partes por este concepto.</w:t>
      </w:r>
    </w:p>
    <w:p>
      <w:r>
        <w:rPr>
          <w:b w:val="0"/>
          <w:sz w:val="20"/>
        </w:rPr>
        <w:t>Ambas partes reconocen expresamente que nada tienen que reclamarse entre sí en relación con el préstamo objeto de la presente cancelación, ni por principal, ni por intereses, ni por ningún otro concepto derivado del mismo.</w:t>
      </w:r>
    </w:p>
    <w:p/>
    <w:p>
      <w:r>
        <w:rPr>
          <w:b w:val="0"/>
          <w:sz w:val="20"/>
        </w:rPr>
        <w:t>La presente cancelación se realiza de mutuo acuerdo y en prueba de conformidad se firma el presente documento por duplicado, quedando un ejemplar en poder de cada una de las partes.</w:t>
      </w:r>
    </w:p>
    <w:p/>
    <w:p/>
    <w:tbl>
      <w:tblPr>
        <w:tblW w:type="auto" w:w="0"/>
        <w:tblLook w:firstColumn="1" w:firstRow="1" w:lastColumn="0" w:lastRow="0" w:noHBand="0" w:noVBand="1" w:val="04A0"/>
      </w:tblPr>
      <w:tblGrid>
        <w:gridCol w:w="3969"/>
        <w:gridCol w:w="3969"/>
      </w:tblGrid>
      <w:tr>
        <w:tc>
          <w:tcPr>
            <w:tcW w:type="dxa" w:w="4986"/>
          </w:tcPr>
          <w:p>
            <w:pPr>
              <w:jc w:val="center"/>
            </w:pPr>
            <w:r>
              <w:rPr>
                <w:b/>
              </w:rPr>
              <w:t>EL/LA PRESTAMISTA</w:t>
            </w:r>
          </w:p>
        </w:tc>
        <w:tc>
          <w:tcPr>
            <w:tcW w:type="dxa" w:w="4986"/>
          </w:tcPr>
          <w:p>
            <w:pPr>
              <w:jc w:val="center"/>
            </w:pPr>
            <w:r>
              <w:rPr>
                <w:b/>
              </w:rPr>
              <w:t>EL/LA PRESTATARIO/A</w:t>
            </w:r>
          </w:p>
        </w:tc>
      </w:tr>
      <w:tr>
        <w:tc>
          <w:tcPr>
            <w:tcW w:type="dxa" w:w="4986"/>
          </w:tcPr>
          <w:p>
            <w:pPr>
              <w:jc w:val="center"/>
            </w:pPr>
            <w:r>
              <w:br/>
              <w:br/>
              <w:t>Firma: _________________________</w:t>
            </w:r>
          </w:p>
        </w:tc>
        <w:tc>
          <w:tcPr>
            <w:tcW w:type="dxa" w:w="4986"/>
          </w:tcPr>
          <w:p>
            <w:pPr>
              <w:jc w:val="center"/>
            </w:pPr>
            <w:r>
              <w:br/>
              <w:br/>
              <w:t>Firma: _________________________</w:t>
            </w:r>
          </w:p>
        </w:tc>
      </w:tr>
    </w:tbl>
    <w:p/>
    <w:p/>
    <w:p>
      <w:r>
        <w:rPr>
          <w:b w:val="0"/>
          <w:sz w:val="20"/>
        </w:rPr>
        <w:t>Y para que así conste y surta los efectos oportunos, firman el presente documento en el lugar y fecha indicados.</w:t>
      </w:r>
    </w:p>
    <w:p>
      <w:r>
        <w:br w:type="page"/>
      </w:r>
    </w:p>
    <w:p>
      <w:pPr>
        <w:jc w:val="center"/>
      </w:pPr>
      <w:r>
        <w:rPr>
          <w:color w:val="555555"/>
          <w:sz w:val="24"/>
        </w:rPr>
        <w:t>Fuente original del documento:</w:t>
      </w:r>
    </w:p>
    <w:p>
      <w:pPr>
        <w:jc w:val="center"/>
      </w:pPr>
      <w:hyperlink r:id="rId9">
        <w:r>
          <w:rPr>
            <w:color w:val="0000FF"/>
            <w:u w:val="single"/>
          </w:rPr>
          <w:t>https://experto-administrativo.com/cancelacion-prestamo-entre-familiares/</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https://experto-administrativo.com</w:t>
        </w:r>
      </w:hyperlink>
    </w:p>
    <w:p>
      <w:pPr>
        <w:jc w:val="center"/>
      </w:pPr>
      <w:r>
        <w:rPr>
          <w:color w:val="808080"/>
          <w:sz w:val="20"/>
        </w:rPr>
        <w:t>Plantilla de uso personal y gratuito. Prohibido su uso comercial.</w:t>
        <w:br/>
        <w:t>Si se comparte o publica, debe mencionarse la fuente. © experto-administrativo.com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administrativo.com/cancelacion-prestamo-entre-familiares/" TargetMode="External"/><Relationship Id="rId10" Type="http://schemas.openxmlformats.org/officeDocument/2006/relationships/hyperlink" Target="https://experto-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