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0"/>
        </w:rPr>
        <w:t>AL EXCMO. SR. ALCALDE-PRESIDENTE DEL AYUNTAMIENTO DE</w:t>
      </w:r>
    </w:p>
    <w:p/>
    <w:p>
      <w:r>
        <w:rPr>
          <w:b w:val="0"/>
          <w:sz w:val="20"/>
        </w:rPr>
        <w:t>D./Dña.</w:t>
      </w:r>
    </w:p>
    <w:p>
      <w:r>
        <w:rPr>
          <w:b w:val="0"/>
          <w:sz w:val="20"/>
        </w:rPr>
        <w:t>DNI/NIE:</w:t>
      </w:r>
    </w:p>
    <w:p>
      <w:r>
        <w:rPr>
          <w:b w:val="0"/>
          <w:sz w:val="20"/>
        </w:rPr>
        <w:t>Domicilio:</w:t>
      </w:r>
    </w:p>
    <w:p>
      <w:r>
        <w:rPr>
          <w:b w:val="0"/>
          <w:sz w:val="20"/>
        </w:rPr>
        <w:t>Localidad:</w:t>
      </w:r>
    </w:p>
    <w:p>
      <w:r>
        <w:rPr>
          <w:b w:val="0"/>
          <w:sz w:val="20"/>
        </w:rPr>
        <w:t>Código Postal:</w:t>
      </w:r>
    </w:p>
    <w:p>
      <w:r>
        <w:rPr>
          <w:b w:val="0"/>
          <w:sz w:val="20"/>
        </w:rPr>
        <w:t>Teléfono:</w:t>
      </w:r>
    </w:p>
    <w:p>
      <w:r>
        <w:rPr>
          <w:b w:val="0"/>
          <w:sz w:val="20"/>
        </w:rPr>
        <w:t>Correo electrónico:</w:t>
      </w:r>
    </w:p>
    <w:p/>
    <w:p>
      <w:r>
        <w:rPr>
          <w:b/>
          <w:sz w:val="20"/>
        </w:rPr>
        <w:t>EXPONE:</w:t>
      </w:r>
    </w:p>
    <w:p>
      <w:r>
        <w:rPr>
          <w:b w:val="0"/>
          <w:sz w:val="20"/>
        </w:rPr>
        <w:t>Que mediante la presente se dirige a ese Ayuntamiento para poner en conocimiento una situación / realizar una solicitud relacionada con:</w:t>
      </w:r>
    </w:p>
    <w:p/>
    <w:p>
      <w:r>
        <w:rPr>
          <w:b w:val="0"/>
          <w:sz w:val="20"/>
        </w:rPr>
        <w:t>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</w:t>
      </w:r>
    </w:p>
    <w:p/>
    <w:p>
      <w:r>
        <w:rPr>
          <w:b/>
          <w:sz w:val="20"/>
        </w:rPr>
        <w:t>MOTIVO DE LA SOLICITUD / EXPOSICIÓN DE LOS HECHOS:</w:t>
      </w:r>
    </w:p>
    <w:p>
      <w:r>
        <w:rPr>
          <w:b w:val="0"/>
          <w:sz w:val="20"/>
        </w:rPr>
        <w:t>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</w:t>
      </w:r>
    </w:p>
    <w:p/>
    <w:p>
      <w:r>
        <w:rPr>
          <w:b w:val="0"/>
          <w:sz w:val="20"/>
        </w:rPr>
        <w:t>Por todo lo expuesto,</w:t>
      </w:r>
    </w:p>
    <w:p/>
    <w:p>
      <w:r>
        <w:rPr>
          <w:b/>
          <w:sz w:val="20"/>
        </w:rPr>
        <w:t>SOLICITA:</w:t>
      </w:r>
    </w:p>
    <w:p>
      <w:r>
        <w:rPr>
          <w:b w:val="0"/>
          <w:sz w:val="20"/>
        </w:rPr>
        <w:t>Que se tenga por presentado este escrito y, en su virtud, se sirva atender la petición formulada en el mismo, adoptando las medidas oportunas o facilitando la información y/o documentación solicitada.</w:t>
      </w:r>
    </w:p>
    <w:p/>
    <w:p/>
    <w:p>
      <w:r>
        <w:rPr>
          <w:b w:val="0"/>
          <w:sz w:val="20"/>
        </w:rPr>
        <w:t>En</w:t>
      </w:r>
    </w:p>
    <w:p/>
    <w:p>
      <w:r>
        <w:rPr>
          <w:b w:val="0"/>
          <w:sz w:val="20"/>
        </w:rPr>
        <w:t>Firma:</w:t>
      </w:r>
    </w:p>
    <w:p/>
    <w:p/>
    <w:p/>
    <w:p>
      <w:r>
        <w:rPr>
          <w:b w:val="0"/>
          <w:sz w:val="20"/>
        </w:rPr>
        <w:t>Fdo.: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https://experto-administrativo.com/carta-al-ayuntamiento/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carta-al-ayuntamiento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