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AL DEFENSOR DEL PUEBLO</w:t>
      </w:r>
    </w:p>
    <w:p/>
    <w:p/>
    <w:p>
      <w:r>
        <w:rPr>
          <w:b w:val="0"/>
          <w:sz w:val="20"/>
        </w:rPr>
        <w:t>D./Dña.: _____________________________________________________________</w:t>
      </w:r>
    </w:p>
    <w:p>
      <w:r>
        <w:rPr>
          <w:b w:val="0"/>
          <w:sz w:val="20"/>
        </w:rPr>
        <w:t>DNI/NIE: _________________________</w:t>
      </w:r>
    </w:p>
    <w:p>
      <w:r>
        <w:rPr>
          <w:b w:val="0"/>
          <w:sz w:val="20"/>
        </w:rPr>
        <w:t>Domicilio: __________________________________________________________</w:t>
      </w:r>
    </w:p>
    <w:p>
      <w:r>
        <w:rPr>
          <w:b w:val="0"/>
          <w:sz w:val="20"/>
        </w:rPr>
        <w:t>Localidad: ___________________________      Código Postal: ____________</w:t>
      </w:r>
    </w:p>
    <w:p>
      <w:r>
        <w:rPr>
          <w:b w:val="0"/>
          <w:sz w:val="20"/>
        </w:rPr>
        <w:t>Teléfono: ______________________      Correo electrónico: _____________________</w:t>
      </w:r>
    </w:p>
    <w:p/>
    <w:p/>
    <w:p>
      <w:r>
        <w:rPr>
          <w:b/>
          <w:sz w:val="20"/>
        </w:rPr>
        <w:t>DEFENSOR DEL PUEBLO</w:t>
      </w:r>
    </w:p>
    <w:p>
      <w:r>
        <w:rPr>
          <w:b w:val="0"/>
          <w:sz w:val="20"/>
        </w:rPr>
        <w:t>C/ Zurbano, 42</w:t>
      </w:r>
    </w:p>
    <w:p>
      <w:r>
        <w:rPr>
          <w:b w:val="0"/>
          <w:sz w:val="20"/>
        </w:rPr>
        <w:t>28010 Madrid</w:t>
      </w:r>
    </w:p>
    <w:p/>
    <w:p/>
    <w:p>
      <w:r>
        <w:rPr>
          <w:b/>
          <w:sz w:val="20"/>
        </w:rPr>
        <w:t>Muy Sr./Sra. mío/a:</w:t>
      </w:r>
    </w:p>
    <w:p/>
    <w:p>
      <w:r>
        <w:rPr>
          <w:b w:val="0"/>
          <w:sz w:val="20"/>
        </w:rPr>
        <w:t>Por medio de la presente me dirijo a esa Institución para poner en su conocimiento los hechos que a continuación expongo y solicitar su intervención en defensa de mis derechos e intereses legítimos como ciudadano/a.</w:t>
      </w:r>
    </w:p>
    <w:p/>
    <w:p>
      <w:r>
        <w:rPr>
          <w:b/>
          <w:sz w:val="20"/>
        </w:rPr>
        <w:t>EXPONGO</w:t>
      </w:r>
    </w:p>
    <w:p>
      <w:r>
        <w:rPr>
          <w:b w:val="0"/>
          <w:sz w:val="20"/>
        </w:rPr>
        <w:t>PRIMERO.- Que soy ciudadano/a español/a mayor de edad y con residencia en la dirección anteriormente indicada.</w:t>
      </w:r>
    </w:p>
    <w:p>
      <w:r>
        <w:rPr>
          <w:b w:val="0"/>
          <w:sz w:val="20"/>
        </w:rPr>
        <w:t>SEGUNDO.- Que, en relación con la actuación de la Administración/Entidad Pública/Organismo _____________________________, se han producido los siguientes hechos que considero lesivos para mis derechos o contrarios a los principios que rigen la actuación administrativa:</w:t>
      </w:r>
    </w:p>
    <w:p>
      <w:r>
        <w:rPr>
          <w:b w:val="0"/>
          <w:sz w:val="20"/>
        </w:rPr>
        <w:t>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</w:t>
      </w:r>
    </w:p>
    <w:p>
      <w:r>
        <w:rPr>
          <w:b w:val="0"/>
          <w:sz w:val="20"/>
        </w:rPr>
        <w:t>TERCERO.- Que he intentado resolver previamente la situación acudiendo a los cauces ordinarios de reclamación o recurso ante la propia Administración/Entidad, sin que hasta la fecha haya obtenido respuesta satisfactoria o resolución alguna.</w:t>
      </w:r>
    </w:p>
    <w:p>
      <w:r>
        <w:rPr>
          <w:b w:val="0"/>
          <w:sz w:val="20"/>
        </w:rPr>
        <w:t>CUARTO.- Que los hechos expuestos afectan a mis derechos fundamentales/intereses legítimos, en concreto: _____________________________</w:t>
      </w:r>
    </w:p>
    <w:p>
      <w:r>
        <w:rPr>
          <w:b w:val="0"/>
          <w:sz w:val="20"/>
        </w:rPr>
        <w:t>_____________________________________________________________________________________________</w:t>
      </w:r>
    </w:p>
    <w:p/>
    <w:p>
      <w:r>
        <w:rPr>
          <w:b/>
          <w:sz w:val="20"/>
        </w:rPr>
        <w:t>Por todo lo expuesto,</w:t>
      </w:r>
    </w:p>
    <w:p>
      <w:r>
        <w:rPr>
          <w:b w:val="0"/>
          <w:sz w:val="20"/>
        </w:rPr>
        <w:t>SOLICITO al Defensor del Pueblo que, teniendo por presentado este escrito, se sirva admitirlo, y en uso de las facultades que le otorgan la Constitución Española y la Ley Orgánica 3/1981, de 6 de abril, del Defensor del Pueblo, inicie las actuaciones oportunas ante la Administración/Entidad Pública/Organismo mencionado, con el fin de que se revisen y corrijan las posibles irregularidades o vulneraciones de derechos señaladas.</w:t>
      </w:r>
    </w:p>
    <w:p/>
    <w:p>
      <w:r>
        <w:rPr>
          <w:b/>
          <w:sz w:val="20"/>
        </w:rPr>
        <w:t>Adjunto la siguiente documentación en apoyo de mi reclamación:</w:t>
      </w:r>
    </w:p>
    <w:p>
      <w:r>
        <w:rPr>
          <w:b w:val="0"/>
          <w:sz w:val="20"/>
        </w:rPr>
        <w:t>1. Copia de escritos y reclamaciones previas presentadas ante la Administración/Entidad.</w:t>
      </w:r>
    </w:p>
    <w:p>
      <w:r>
        <w:rPr>
          <w:b w:val="0"/>
          <w:sz w:val="20"/>
        </w:rPr>
        <w:t>2. Respuestas recibidas, en su caso.</w:t>
      </w:r>
    </w:p>
    <w:p>
      <w:r>
        <w:rPr>
          <w:b w:val="0"/>
          <w:sz w:val="20"/>
        </w:rPr>
        <w:t>3. Documentación acreditativa de los hechos expuestos.</w:t>
      </w:r>
    </w:p>
    <w:p>
      <w:r>
        <w:rPr>
          <w:b w:val="0"/>
          <w:sz w:val="20"/>
        </w:rPr>
        <w:t>4. Cualquier otra documentación relevante.</w:t>
      </w:r>
    </w:p>
    <w:p/>
    <w:p/>
    <w:p>
      <w:r>
        <w:rPr>
          <w:b w:val="0"/>
          <w:sz w:val="20"/>
        </w:rPr>
        <w:t>Sin otro particular, y agradeciendo de antemano su atención, le saluda atentamente,</w:t>
      </w:r>
    </w:p>
    <w:p/>
    <w:p/>
    <w:p/>
    <w:p>
      <w:r>
        <w:rPr>
          <w:b w:val="0"/>
          <w:sz w:val="20"/>
        </w:rPr>
        <w:t>Firma: _______________________________</w:t>
      </w:r>
    </w:p>
    <w:p/>
    <w:p>
      <w:r>
        <w:rPr>
          <w:b w:val="0"/>
          <w:sz w:val="20"/>
        </w:rPr>
        <w:t>Nombre: 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https://experto-administrativo.com/carta-al-defensor-del-pueblo/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al-defensor-del-puebl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