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COMUNICACIÓN DE AUMENTO DE HONORARIOS PROFESIONALES</w:t>
      </w:r>
    </w:p>
    <w:p/>
    <w:p>
      <w:r>
        <w:rPr>
          <w:b w:val="0"/>
          <w:sz w:val="20"/>
        </w:rPr>
        <w:t>Sr./Sra. _______________________________________________________________</w:t>
      </w:r>
    </w:p>
    <w:p>
      <w:r>
        <w:rPr>
          <w:b w:val="0"/>
          <w:sz w:val="20"/>
        </w:rPr>
        <w:t>Domicilio: 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 w:val="0"/>
          <w:sz w:val="20"/>
        </w:rPr>
        <w:t>Estimado/a Sr./Sra. ____________________________________________________:</w:t>
      </w:r>
    </w:p>
    <w:p/>
    <w:p>
      <w:r>
        <w:rPr>
          <w:b w:val="0"/>
          <w:sz w:val="20"/>
        </w:rPr>
        <w:t>Por la presente, me dirijo a usted en mi calidad de ___________________________________________, con el fin de comunicarle una actualización en los honorarios profesionales por los servicios que vengo prestando a su entidad/persona desde el inicio de nuestra relación profesional.</w:t>
      </w:r>
    </w:p>
    <w:p/>
    <w:p>
      <w:r>
        <w:rPr>
          <w:b w:val="0"/>
          <w:sz w:val="20"/>
        </w:rPr>
        <w:t>Esta decisión responde a la necesidad de adecuar el importe de los honorarios a la evolución del mercado, el incremento de los costes asociados a la actividad profesional, así como a la mayor complejidad y especialización de los servicios requeridos en la actualidad. Mi compromiso con la calidad y dedicación en el servicio se mantiene intacto, procurando siempre la mejor atención y resultados para mis clientes.</w:t>
      </w:r>
    </w:p>
    <w:p/>
    <w:p>
      <w:r>
        <w:rPr>
          <w:b w:val="0"/>
          <w:sz w:val="20"/>
        </w:rPr>
        <w:t>A partir de la próxima facturación, los nuevos honorarios serán los siguientes:</w:t>
      </w:r>
    </w:p>
    <w:p/>
    <w:p>
      <w:r>
        <w:rPr>
          <w:b w:val="0"/>
          <w:sz w:val="20"/>
        </w:rPr>
        <w:t>Descripción del servicio: _______________________________________________</w:t>
      </w:r>
    </w:p>
    <w:p>
      <w:r>
        <w:rPr>
          <w:b w:val="0"/>
          <w:sz w:val="20"/>
        </w:rPr>
        <w:t>Honorarios actuales: __________________________________________________</w:t>
      </w:r>
    </w:p>
    <w:p>
      <w:r>
        <w:rPr>
          <w:b w:val="0"/>
          <w:sz w:val="20"/>
        </w:rPr>
        <w:t>Honorarios revisados: _________________________________________________</w:t>
      </w:r>
    </w:p>
    <w:p/>
    <w:p>
      <w:r>
        <w:rPr>
          <w:b w:val="0"/>
          <w:sz w:val="20"/>
        </w:rPr>
        <w:t>El resto de condiciones pactadas entre ambas partes se mantienen inalteradas. Quedo a su disposición para cualquier aclaración o comentario que desee realizar respecto a esta actualización.</w:t>
      </w:r>
    </w:p>
    <w:p/>
    <w:p>
      <w:r>
        <w:rPr>
          <w:b w:val="0"/>
          <w:sz w:val="20"/>
        </w:rPr>
        <w:t>Agradezco la confianza depositada hasta el momento y espero seguir colaborando con usted.</w:t>
      </w:r>
    </w:p>
    <w:p/>
    <w:p/>
    <w:p>
      <w:r>
        <w:rPr>
          <w:b w:val="0"/>
          <w:sz w:val="20"/>
        </w:rPr>
        <w:t>Sin otro particular, le saluda atentamente,</w:t>
      </w:r>
    </w:p>
    <w:p/>
    <w:p/>
    <w:p/>
    <w:p>
      <w:r>
        <w:rPr>
          <w:b w:val="0"/>
          <w:sz w:val="20"/>
        </w:rPr>
        <w:t>Firma: __________________________</w:t>
      </w:r>
    </w:p>
    <w:p>
      <w:r>
        <w:rPr>
          <w:b w:val="0"/>
          <w:sz w:val="20"/>
        </w:rPr>
        <w:t>Nombre: ________________________</w:t>
      </w:r>
    </w:p>
    <w:p>
      <w:r>
        <w:rPr>
          <w:b w:val="0"/>
          <w:sz w:val="20"/>
        </w:rPr>
        <w:t>DNI/NIF: 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https://experto-administrativo.com/carta-aumento-de-honorarios-profesionales/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aumento-de-honorarios-profesionale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