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SOLICITUD DE BAJA POR FALLECIMIENTO DEL TITULAR</w:t>
      </w:r>
    </w:p>
    <w:p/>
    <w:p/>
    <w:p>
      <w:r>
        <w:rPr>
          <w:b w:val="0"/>
          <w:sz w:val="20"/>
        </w:rPr>
        <w:t>A la atención de: MOVISTAR (Telefónica de España S.A.U.)</w:t>
      </w:r>
    </w:p>
    <w:p>
      <w:r>
        <w:rPr>
          <w:b w:val="0"/>
          <w:sz w:val="20"/>
        </w:rPr>
        <w:t>Domicilio social: Gran Vía, 28, 28013 Madrid</w:t>
      </w:r>
    </w:p>
    <w:p/>
    <w:p/>
    <w:p>
      <w:r>
        <w:rPr>
          <w:b/>
          <w:sz w:val="20"/>
        </w:rPr>
        <w:t>Datos del remitente:</w:t>
      </w:r>
    </w:p>
    <w:p>
      <w:r>
        <w:rPr>
          <w:b w:val="0"/>
          <w:sz w:val="20"/>
        </w:rPr>
        <w:t>Nombre y apellidos: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Domicilio:</w:t>
      </w:r>
    </w:p>
    <w:p>
      <w:r>
        <w:rPr>
          <w:b w:val="0"/>
          <w:sz w:val="20"/>
        </w:rPr>
        <w:t>Teléfono de contacto:</w:t>
      </w:r>
    </w:p>
    <w:p>
      <w:r>
        <w:rPr>
          <w:b w:val="0"/>
          <w:sz w:val="20"/>
        </w:rPr>
        <w:t>Correo electrónico:</w:t>
      </w:r>
    </w:p>
    <w:p/>
    <w:p>
      <w:r>
        <w:rPr>
          <w:b/>
          <w:sz w:val="20"/>
        </w:rPr>
        <w:t>Datos del titular fallecido:</w:t>
      </w:r>
    </w:p>
    <w:p>
      <w:r>
        <w:rPr>
          <w:b w:val="0"/>
          <w:sz w:val="20"/>
        </w:rPr>
        <w:t>Nombre y apellidos:</w:t>
      </w:r>
    </w:p>
    <w:p>
      <w:r>
        <w:rPr>
          <w:b w:val="0"/>
          <w:sz w:val="20"/>
        </w:rPr>
        <w:t>DNI/NIE:</w:t>
      </w:r>
    </w:p>
    <w:p>
      <w:r>
        <w:rPr>
          <w:b w:val="0"/>
          <w:sz w:val="20"/>
        </w:rPr>
        <w:t>Número de cliente o contrato (si se conoce):</w:t>
      </w:r>
    </w:p>
    <w:p>
      <w:r>
        <w:rPr>
          <w:b w:val="0"/>
          <w:sz w:val="20"/>
        </w:rPr>
        <w:t>Dirección asociada al contrato:</w:t>
      </w:r>
    </w:p>
    <w:p/>
    <w:p>
      <w:r>
        <w:rPr>
          <w:b/>
          <w:sz w:val="20"/>
        </w:rPr>
        <w:t>Línea/s o servicio/s a cancelar:</w:t>
      </w:r>
    </w:p>
    <w:p>
      <w:r>
        <w:rPr>
          <w:b w:val="0"/>
          <w:sz w:val="20"/>
        </w:rPr>
        <w:t>Número de teléfono fijo/móvil:</w:t>
      </w:r>
    </w:p>
    <w:p>
      <w:r>
        <w:rPr>
          <w:b w:val="0"/>
          <w:sz w:val="20"/>
        </w:rPr>
        <w:t>Otros servicios vinculados (ADSL, Fibra, TV, etc.):</w:t>
      </w:r>
    </w:p>
    <w:p/>
    <w:p/>
    <w:p>
      <w:r>
        <w:rPr>
          <w:b w:val="0"/>
          <w:sz w:val="20"/>
        </w:rPr>
        <w:t>Muy Sres. míos:</w:t>
      </w:r>
    </w:p>
    <w:p/>
    <w:p>
      <w:r>
        <w:rPr>
          <w:b w:val="0"/>
          <w:sz w:val="20"/>
        </w:rPr>
        <w:t>Por la presente les comunico el fallecimiento del titular de los servicios arriba indicados, y solicito la baja de todas las líneas y productos contratados a su nombre, así como la anulación de los cargos asociados a partir de la fecha de fallecimiento.</w:t>
      </w:r>
    </w:p>
    <w:p>
      <w:r>
        <w:rPr>
          <w:b w:val="0"/>
          <w:sz w:val="20"/>
        </w:rPr>
        <w:t>Adjunto a esta carta fotocopia del Certificado de Defunción y copia del DNI del titular fallecido, así como copia de mi DNI como solicitante.</w:t>
      </w:r>
    </w:p>
    <w:p>
      <w:r>
        <w:rPr>
          <w:b w:val="0"/>
          <w:sz w:val="20"/>
        </w:rPr>
        <w:t>Ruego procedan a gestionar la baja de los servicios con la mayor brevedad posible y remitan confirmación de la misma a la dirección de correo electrónico o domicilio indicados.</w:t>
      </w:r>
    </w:p>
    <w:p>
      <w:r>
        <w:rPr>
          <w:b w:val="0"/>
          <w:sz w:val="20"/>
        </w:rPr>
        <w:t>Quedo a su disposición para cualquier información o documentación adicional que precisen.</w:t>
      </w:r>
    </w:p>
    <w:p/>
    <w:p/>
    <w:p>
      <w:r>
        <w:rPr>
          <w:b w:val="0"/>
          <w:sz w:val="20"/>
        </w:rPr>
        <w:t>Atentamente,</w:t>
      </w:r>
    </w:p>
    <w:p/>
    <w:p/>
    <w:p/>
    <w:p>
      <w:r>
        <w:rPr>
          <w:b w:val="0"/>
          <w:sz w:val="20"/>
        </w:rPr>
        <w:t>Firma:</w:t>
      </w:r>
    </w:p>
    <w:p/>
    <w:p>
      <w:r>
        <w:rPr>
          <w:b w:val="0"/>
          <w:sz w:val="20"/>
        </w:rPr>
        <w:t>Nombre y apellidos del solicitante:</w:t>
      </w:r>
    </w:p>
    <w:p/>
    <w:p>
      <w:r>
        <w:rPr>
          <w:b/>
          <w:sz w:val="20"/>
        </w:rPr>
        <w:t>Documentación adjunta:</w:t>
      </w:r>
    </w:p>
    <w:p>
      <w:r>
        <w:rPr>
          <w:b w:val="0"/>
          <w:sz w:val="20"/>
        </w:rPr>
        <w:t>1. Copia del Certificado de Defunción.</w:t>
      </w:r>
    </w:p>
    <w:p>
      <w:r>
        <w:rPr>
          <w:b w:val="0"/>
          <w:sz w:val="20"/>
        </w:rPr>
        <w:t>2. Copia del DNI del titular fallecido.</w:t>
      </w:r>
    </w:p>
    <w:p>
      <w:r>
        <w:rPr>
          <w:b w:val="0"/>
          <w:sz w:val="20"/>
        </w:rPr>
        <w:t>3. Copia del DNI del solicitante.</w:t>
      </w:r>
    </w:p>
    <w:p>
      <w:r>
        <w:rPr>
          <w:b w:val="0"/>
          <w:sz w:val="20"/>
        </w:rPr>
        <w:t>4. Cualquier otro documento acreditativo, si procede.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https://experto-administrativo.com/carta-baja-movistar-por-fallecimiento/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baja-movistar-por-fallecimiento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