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CARTA DE BAJA VOLUNTARIA CON PREAVISO</w:t>
      </w:r>
    </w:p>
    <w:p/>
    <w:p>
      <w:r>
        <w:rPr>
          <w:b w:val="0"/>
          <w:sz w:val="20"/>
        </w:rPr>
        <w:t>A la atención de:</w:t>
      </w:r>
    </w:p>
    <w:p>
      <w:r>
        <w:rPr>
          <w:b w:val="0"/>
          <w:sz w:val="20"/>
        </w:rPr>
        <w:t>Departamento de Recursos Humanos / Dirección de la empresa</w:t>
      </w:r>
    </w:p>
    <w:p/>
    <w:p>
      <w:r>
        <w:rPr>
          <w:b w:val="0"/>
          <w:sz w:val="20"/>
        </w:rPr>
        <w:t>Nombre de la empresa:</w:t>
      </w:r>
    </w:p>
    <w:p>
      <w:r>
        <w:rPr>
          <w:b w:val="0"/>
          <w:sz w:val="20"/>
        </w:rPr>
        <w:t>Domicilio social:</w:t>
      </w:r>
    </w:p>
    <w:p/>
    <w:p>
      <w:r>
        <w:rPr>
          <w:b w:val="0"/>
          <w:sz w:val="20"/>
        </w:rPr>
        <w:t>De:</w:t>
      </w:r>
    </w:p>
    <w:p>
      <w:r>
        <w:rPr>
          <w:b w:val="0"/>
          <w:sz w:val="20"/>
        </w:rPr>
        <w:t>DNI/NIE:</w:t>
      </w:r>
    </w:p>
    <w:p>
      <w:r>
        <w:rPr>
          <w:b w:val="0"/>
          <w:sz w:val="20"/>
        </w:rPr>
        <w:t>Puesto de trabajo:</w:t>
      </w:r>
    </w:p>
    <w:p/>
    <w:p>
      <w:r>
        <w:rPr>
          <w:b w:val="0"/>
          <w:sz w:val="20"/>
        </w:rPr>
        <w:t>Muy señores míos:</w:t>
      </w:r>
    </w:p>
    <w:p/>
    <w:p>
      <w:r>
        <w:rPr>
          <w:b w:val="0"/>
          <w:sz w:val="20"/>
        </w:rPr>
        <w:t>Por la presente, comunico mi decisión irrevocable de causar baja voluntaria en la empresa, cumpliendo el preaviso establecido en mi contrato de trabajo y en el convenio colectivo de aplicación.</w:t>
      </w:r>
    </w:p>
    <w:p/>
    <w:p>
      <w:r>
        <w:rPr>
          <w:b w:val="0"/>
          <w:sz w:val="20"/>
        </w:rPr>
        <w:t>Solicito que esta comunicación sea considerada como preaviso de mi baja voluntaria, por lo que mi última jornada de trabajo será el día __________________________.</w:t>
      </w:r>
    </w:p>
    <w:p/>
    <w:p>
      <w:r>
        <w:rPr>
          <w:b w:val="0"/>
          <w:sz w:val="20"/>
        </w:rPr>
        <w:t>Durante el periodo de preaviso continuaré desempeñando mis funciones con la mayor diligencia y profesionalidad hasta la fecha de efectividad de la baja.</w:t>
      </w:r>
    </w:p>
    <w:p/>
    <w:p>
      <w:r>
        <w:rPr>
          <w:b w:val="0"/>
          <w:sz w:val="20"/>
        </w:rPr>
        <w:t>Ruego se me entregue el finiquito correspondiente, así como el certificado de empresa, la documentación relativa a mi situación laboral y los documentos necesarios para la tramitación de mis derechos ante la Seguridad Social.</w:t>
      </w:r>
    </w:p>
    <w:p/>
    <w:p>
      <w:r>
        <w:rPr>
          <w:b w:val="0"/>
          <w:sz w:val="20"/>
        </w:rPr>
        <w:t>Agradezco la oportunidad brindada durante el tiempo en que he formado parte de la empresa y quedo a su disposición para facilitar el proceso de transición.</w:t>
      </w:r>
    </w:p>
    <w:p/>
    <w:p/>
    <w:p>
      <w:r>
        <w:rPr>
          <w:b w:val="0"/>
          <w:sz w:val="20"/>
        </w:rPr>
        <w:t>Atentamente,</w:t>
      </w:r>
    </w:p>
    <w:p/>
    <w:p/>
    <w:p/>
    <w:p>
      <w:r>
        <w:rPr>
          <w:b w:val="0"/>
          <w:sz w:val="20"/>
        </w:rPr>
        <w:t>Firma:</w:t>
      </w:r>
    </w:p>
    <w:p/>
    <w:p>
      <w:r>
        <w:rPr>
          <w:b w:val="0"/>
          <w:sz w:val="20"/>
        </w:rPr>
        <w:t>Nombre completo: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https://experto-administrativo.com/carta-baja-voluntaria-con-preaviso/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https://experto-administrativo.com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administrativo.com/carta-baja-voluntaria-con-preaviso/" TargetMode="External"/><Relationship Id="rId10" Type="http://schemas.openxmlformats.org/officeDocument/2006/relationships/hyperlink" Target="https://experto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