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DE COMUNICACIÓN DE CAMBIO DE DOMICILIO SOCIAL</w:t>
      </w:r>
    </w:p>
    <w:p/>
    <w:p/>
    <w:p>
      <w:r>
        <w:rPr>
          <w:b/>
          <w:sz w:val="20"/>
        </w:rPr>
        <w:t xml:space="preserve">De: </w:t>
      </w:r>
    </w:p>
    <w:p>
      <w:r>
        <w:rPr>
          <w:b w:val="0"/>
          <w:sz w:val="20"/>
        </w:rPr>
        <w:t>Nombre de la Empresa: ____________________________________________________________</w:t>
      </w:r>
    </w:p>
    <w:p>
      <w:r>
        <w:rPr>
          <w:b w:val="0"/>
          <w:sz w:val="20"/>
        </w:rPr>
        <w:t>CIF: _______________________</w:t>
      </w:r>
    </w:p>
    <w:p>
      <w:r>
        <w:rPr>
          <w:b w:val="0"/>
          <w:sz w:val="20"/>
        </w:rPr>
        <w:t>Domicilio anterior: _____________________________________________________________</w:t>
      </w:r>
    </w:p>
    <w:p/>
    <w:p>
      <w:r>
        <w:rPr>
          <w:b/>
          <w:sz w:val="20"/>
        </w:rPr>
        <w:t xml:space="preserve">A: </w:t>
      </w:r>
    </w:p>
    <w:p>
      <w:r>
        <w:rPr>
          <w:b w:val="0"/>
          <w:sz w:val="20"/>
        </w:rPr>
        <w:t>Nombre del destinatario o entidad: _______________________________________________</w:t>
      </w:r>
    </w:p>
    <w:p>
      <w:r>
        <w:rPr>
          <w:b w:val="0"/>
          <w:sz w:val="20"/>
        </w:rPr>
        <w:t>Dirección: ______________________________________________________________________</w:t>
      </w:r>
    </w:p>
    <w:p/>
    <w:p/>
    <w:p>
      <w:r>
        <w:rPr>
          <w:b w:val="0"/>
          <w:sz w:val="20"/>
        </w:rPr>
        <w:t>Muy Sr./Sra. nuestro/a:</w:t>
      </w:r>
    </w:p>
    <w:p/>
    <w:p>
      <w:r>
        <w:rPr>
          <w:b w:val="0"/>
          <w:sz w:val="20"/>
        </w:rPr>
        <w:t>Por la presente, nos dirigimos a usted para comunicarle que, con efecto inmediato, nuestra empresa ha procedido al cambio de su domicilio social.</w:t>
      </w:r>
    </w:p>
    <w:p/>
    <w:p>
      <w:r>
        <w:rPr>
          <w:b w:val="0"/>
          <w:sz w:val="20"/>
        </w:rPr>
        <w:t>El nuevo domicilio social de la empresa es el siguiente:</w:t>
      </w:r>
    </w:p>
    <w:p>
      <w:r>
        <w:rPr>
          <w:b w:val="0"/>
          <w:sz w:val="20"/>
        </w:rPr>
        <w:t>Nueva dirección: ________________________________________________________________</w:t>
      </w:r>
    </w:p>
    <w:p>
      <w:r>
        <w:rPr>
          <w:b w:val="0"/>
          <w:sz w:val="20"/>
        </w:rPr>
        <w:t>Código Postal: ______________  Localidad: __________________  Provincia: ___________</w:t>
      </w:r>
    </w:p>
    <w:p/>
    <w:p>
      <w:r>
        <w:rPr>
          <w:b w:val="0"/>
          <w:sz w:val="20"/>
        </w:rPr>
        <w:t>Le rogamos que, a partir de este momento, toda la correspondencia, notificaciones y documentación que deba remitirnos se dirija a la nueva dirección anteriormente indicada.</w:t>
      </w:r>
    </w:p>
    <w:p/>
    <w:p>
      <w:r>
        <w:rPr>
          <w:b w:val="0"/>
          <w:sz w:val="20"/>
        </w:rPr>
        <w:t>Agradecemos la atención prestada y quedamos a su disposición para cualquier consulta o aclaración adicional que precise.</w:t>
      </w:r>
    </w:p>
    <w:p/>
    <w:p/>
    <w:p>
      <w:r>
        <w:rPr>
          <w:b w:val="0"/>
          <w:sz w:val="20"/>
        </w:rPr>
        <w:t>Sin otro particular, aprovechamos la ocasión para saludarle atentamente.</w:t>
      </w:r>
    </w:p>
    <w:p/>
    <w:p/>
    <w:p/>
    <w:p>
      <w:r>
        <w:rPr>
          <w:b w:val="0"/>
          <w:sz w:val="20"/>
        </w:rPr>
        <w:t>Nombre y cargo: ________________________________________________________________</w:t>
      </w:r>
    </w:p>
    <w:p>
      <w:r>
        <w:rPr>
          <w:b w:val="0"/>
          <w:sz w:val="20"/>
        </w:rPr>
        <w:t>Por la empresa: ________________________________________________________________</w:t>
      </w:r>
    </w:p>
    <w:p/>
    <w:p/>
    <w:p/>
    <w:p>
      <w:r>
        <w:rPr>
          <w:b w:val="0"/>
          <w:sz w:val="20"/>
        </w:rPr>
        <w:t>Firma: _______________________________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https://experto-administrativo.com/carta-cambio-de-domicilio-de-una-empresa/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cambio-de-domicilio-de-una-empresa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