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CESIÓN DE DERECHOS DE PÓLIZA DE SEGURO</w:t>
      </w:r>
    </w:p>
    <w:p/>
    <w:p>
      <w:r>
        <w:rPr>
          <w:b w:val="0"/>
          <w:sz w:val="20"/>
        </w:rPr>
        <w:t>A la atención de:</w:t>
      </w:r>
    </w:p>
    <w:p>
      <w:r>
        <w:rPr>
          <w:b w:val="0"/>
          <w:sz w:val="20"/>
        </w:rPr>
        <w:t>Compañía Aseguradora: _______________________________________________________</w:t>
      </w:r>
    </w:p>
    <w:p>
      <w:r>
        <w:rPr>
          <w:b w:val="0"/>
          <w:sz w:val="20"/>
        </w:rPr>
        <w:t>Domicilio social: ____________________________________________________________</w:t>
      </w:r>
    </w:p>
    <w:p>
      <w:r>
        <w:rPr>
          <w:b w:val="0"/>
          <w:sz w:val="20"/>
        </w:rPr>
        <w:t>Póliza de Seguro número: _____________________________________________________</w:t>
      </w:r>
    </w:p>
    <w:p/>
    <w:p>
      <w:r>
        <w:rPr>
          <w:b w:val="0"/>
          <w:sz w:val="20"/>
        </w:rPr>
        <w:t>Yo, D./Dña. ____________________________________________________, con DNI/NIE número ___________________________, y domicilio en ______________________________________________________________, como Tomador/Asegurado de la póliza de seguro arriba indicada, por la presente:</w:t>
      </w:r>
    </w:p>
    <w:p/>
    <w:p>
      <w:r>
        <w:rPr>
          <w:b/>
          <w:sz w:val="20"/>
        </w:rPr>
        <w:t>EXPONE</w:t>
      </w:r>
    </w:p>
    <w:p>
      <w:r>
        <w:rPr>
          <w:b w:val="0"/>
          <w:sz w:val="20"/>
        </w:rPr>
        <w:t>Que, por la presente, cedo a favor de:</w:t>
      </w:r>
    </w:p>
    <w:p>
      <w:r>
        <w:rPr>
          <w:b w:val="0"/>
          <w:sz w:val="20"/>
        </w:rPr>
        <w:t>Cesionario: _________________________________________________________________</w:t>
      </w:r>
    </w:p>
    <w:p>
      <w:r>
        <w:rPr>
          <w:b w:val="0"/>
          <w:sz w:val="20"/>
        </w:rPr>
        <w:t>DNI/CIF: _______________________________</w:t>
      </w:r>
    </w:p>
    <w:p>
      <w:r>
        <w:rPr>
          <w:b w:val="0"/>
          <w:sz w:val="20"/>
        </w:rPr>
        <w:t>Domicilio: _________________________________________________________________</w:t>
      </w:r>
    </w:p>
    <w:p/>
    <w:p>
      <w:r>
        <w:rPr>
          <w:b w:val="0"/>
          <w:sz w:val="20"/>
        </w:rPr>
        <w:t>Todos los derechos, acciones, indemnizaciones y beneficios económicos derivados de la mencionada póliza de seguro, en todas sus garantías y coberturas, incluidos los derechos a percibir cualquier prestación o indemnización que pudiera corresponder en virtud del contrato de seguro suscrito.</w:t>
      </w:r>
    </w:p>
    <w:p/>
    <w:p>
      <w:r>
        <w:rPr>
          <w:b w:val="0"/>
          <w:sz w:val="20"/>
        </w:rPr>
        <w:t>La presente cesión se realiza de forma expresa, irrevocable y con efectos desde la fecha de recepción de la presente comunicación por la compañía aseguradora, y alcanza a todos los derechos presentes y futuros derivados de la póliza indicada.</w:t>
      </w:r>
    </w:p>
    <w:p/>
    <w:p>
      <w:r>
        <w:rPr>
          <w:b w:val="0"/>
          <w:sz w:val="20"/>
        </w:rPr>
        <w:t>Solicito que la compañía aseguradora tome razón de esta cesión, procediendo a registrar al Cesionario como beneficiario de la póliza y reconociéndole los derechos anteriormente citados.</w:t>
      </w:r>
    </w:p>
    <w:p/>
    <w:p>
      <w:r>
        <w:rPr>
          <w:b w:val="0"/>
          <w:sz w:val="20"/>
        </w:rPr>
        <w:t>El Cesionario acepta expresamente la presente cesión y se compromete a cumplir con todas las obligaciones derivadas de la póliza de seguro.</w:t>
      </w:r>
    </w:p>
    <w:p/>
    <w:p>
      <w:r>
        <w:rPr>
          <w:b w:val="0"/>
          <w:sz w:val="20"/>
        </w:rPr>
        <w:t>Se acompaña a la presente la siguiente documentación:</w:t>
      </w:r>
    </w:p>
    <w:p>
      <w:r>
        <w:rPr>
          <w:b w:val="0"/>
          <w:sz w:val="20"/>
        </w:rPr>
        <w:t>1. Copia del DNI/NIE del Cedente.</w:t>
      </w:r>
    </w:p>
    <w:p>
      <w:r>
        <w:rPr>
          <w:b w:val="0"/>
          <w:sz w:val="20"/>
        </w:rPr>
        <w:t>2. Copia del DNI/NIE o CIF del Cesionario.</w:t>
      </w:r>
    </w:p>
    <w:p>
      <w:r>
        <w:rPr>
          <w:b w:val="0"/>
          <w:sz w:val="20"/>
        </w:rPr>
        <w:t>3. Copia de la póliza de seguro objeto de cesión.</w:t>
      </w:r>
    </w:p>
    <w:p>
      <w:r>
        <w:rPr>
          <w:b w:val="0"/>
          <w:sz w:val="20"/>
        </w:rPr>
        <w:t>4. Cualquier otra documentación relevante.</w:t>
      </w:r>
    </w:p>
    <w:p/>
    <w:p>
      <w:r>
        <w:rPr>
          <w:b/>
          <w:sz w:val="20"/>
        </w:rPr>
        <w:t>Firmado:</w:t>
      </w:r>
    </w:p>
    <w:p/>
    <w:p/>
    <w:p>
      <w:r>
        <w:rPr>
          <w:b/>
          <w:sz w:val="20"/>
        </w:rPr>
        <w:t>El Cedente</w:t>
      </w:r>
    </w:p>
    <w:p/>
    <w:p/>
    <w:p/>
    <w:p>
      <w:r>
        <w:rPr>
          <w:b w:val="0"/>
          <w:sz w:val="20"/>
        </w:rPr>
        <w:t>Firma: _________________________________</w:t>
      </w:r>
    </w:p>
    <w:p/>
    <w:p/>
    <w:p>
      <w:r>
        <w:rPr>
          <w:b/>
          <w:sz w:val="20"/>
        </w:rPr>
        <w:t>El Cesionario</w:t>
      </w:r>
    </w:p>
    <w:p/>
    <w:p/>
    <w:p/>
    <w:p>
      <w:r>
        <w:rPr>
          <w:b w:val="0"/>
          <w:sz w:val="20"/>
        </w:rPr>
        <w:t>Firma: 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https://experto-administrativo.com/carta-cesion-derechos-poliza-seguro/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cesion-derechos-poliza-seguro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