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ACEPTACIÓN</w:t>
      </w:r>
    </w:p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Señor/a</w:t>
      </w:r>
    </w:p>
    <w:p>
      <w:r>
        <w:rPr>
          <w:b w:val="0"/>
          <w:sz w:val="20"/>
        </w:rPr>
        <w:t>Empresa/Entidad</w:t>
      </w:r>
    </w:p>
    <w:p>
      <w:r>
        <w:rPr>
          <w:b w:val="0"/>
          <w:sz w:val="20"/>
        </w:rPr>
        <w:t>Dirección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Muy señor/a mío/a:</w:t>
      </w:r>
    </w:p>
    <w:p/>
    <w:p>
      <w:r>
        <w:rPr>
          <w:b w:val="0"/>
          <w:sz w:val="20"/>
        </w:rPr>
        <w:t xml:space="preserve">Por la presente, yo, </w:t>
      </w:r>
    </w:p>
    <w:p>
      <w:r>
        <w:rPr>
          <w:b w:val="0"/>
          <w:sz w:val="20"/>
        </w:rPr>
        <w:t xml:space="preserve">he recibido su comunicación relativa a </w:t>
      </w:r>
    </w:p>
    <w:p>
      <w:r>
        <w:rPr>
          <w:b w:val="0"/>
          <w:sz w:val="20"/>
        </w:rPr>
        <w:t>y mediante este escrito deseo manifestar mi aceptación íntegra de las condiciones y términos expuestos en la misma.</w:t>
      </w:r>
    </w:p>
    <w:p/>
    <w:p>
      <w:r>
        <w:rPr>
          <w:b w:val="0"/>
          <w:sz w:val="20"/>
        </w:rPr>
        <w:t>Así mismo, confirmo que he comprendido y acepto todos los aspectos referidos en su propuesta, y manifiesto mi conformidad para proceder según lo acordado.</w:t>
      </w:r>
    </w:p>
    <w:p/>
    <w:p>
      <w:r>
        <w:rPr>
          <w:b w:val="0"/>
          <w:sz w:val="20"/>
        </w:rPr>
        <w:t>Quedo a disposición para cualquier gestión adicional que sea necesaria, y agradezco la atención recibida.</w:t>
      </w:r>
    </w:p>
    <w:p/>
    <w:p/>
    <w:p>
      <w:r>
        <w:rPr>
          <w:b w:val="0"/>
          <w:sz w:val="20"/>
        </w:rPr>
        <w:t>Atentamente,</w:t>
      </w:r>
    </w:p>
    <w:p/>
    <w:p/>
    <w:p>
      <w:r>
        <w:rPr>
          <w:b w:val="0"/>
          <w:sz w:val="20"/>
        </w:rPr>
        <w:t>Nombre y apellidos</w:t>
      </w:r>
    </w:p>
    <w:p>
      <w:r>
        <w:rPr>
          <w:b w:val="0"/>
          <w:sz w:val="20"/>
        </w:rPr>
        <w:t>DNI/NIE</w:t>
      </w:r>
    </w:p>
    <w:p>
      <w:r>
        <w:rPr>
          <w:b w:val="0"/>
          <w:sz w:val="20"/>
        </w:rPr>
        <w:t>Firma:</w:t>
      </w:r>
    </w:p>
    <w:p/>
    <w:p/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https://experto-administrativo.com/carta-de-aceptacion/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aceptacion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