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COMUNICACIÓN DE AUMENTO DE PRECIOS EN SERVICIOS</w:t>
      </w:r>
    </w:p>
    <w:p/>
    <w:p>
      <w:r>
        <w:rPr>
          <w:b w:val="0"/>
          <w:sz w:val="20"/>
        </w:rPr>
        <w:t>Señor/a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Estimado/a señor/a:</w:t>
      </w:r>
    </w:p>
    <w:p/>
    <w:p>
      <w:r>
        <w:rPr>
          <w:b w:val="0"/>
          <w:sz w:val="20"/>
        </w:rPr>
        <w:t>Nos dirigimos a usted en calidad de proveedor del servicio de ______________________________, que venimos prestando en virtud del acuerdo suscrito entre ambas partes.</w:t>
      </w:r>
    </w:p>
    <w:p/>
    <w:p>
      <w:r>
        <w:rPr>
          <w:b w:val="0"/>
          <w:sz w:val="20"/>
        </w:rPr>
        <w:t>En primer lugar, queremos agradecerle la confianza depositada en nuestra empresa y la excelente relación comercial mantenida hasta la fecha.</w:t>
      </w:r>
    </w:p>
    <w:p/>
    <w:p>
      <w:r>
        <w:rPr>
          <w:b w:val="0"/>
          <w:sz w:val="20"/>
        </w:rPr>
        <w:t>El motivo de la presente es comunicarle que, debido al incremento de los costes asociados a la prestación de nuestros servicios (materias primas, salarios, transporte, energía, etc.), nos vemos en la necesidad de proceder a un ajuste de las tarifas vigentes.</w:t>
      </w:r>
    </w:p>
    <w:p/>
    <w:p>
      <w:r>
        <w:rPr>
          <w:b w:val="0"/>
          <w:sz w:val="20"/>
        </w:rPr>
        <w:t>A partir del próximo periodo de facturación, el precio del servicio contratado será revisado conforme a las nuevas condiciones, que pasarán a ser las siguientes: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• Servicio prestado: ______________________________</w:t>
      </w:r>
    </w:p>
    <w:p>
      <w:r>
        <w:rPr>
          <w:b w:val="0"/>
          <w:sz w:val="20"/>
        </w:rPr>
        <w:t>• Precio actual: ______________________________</w:t>
      </w:r>
    </w:p>
    <w:p>
      <w:r>
        <w:rPr>
          <w:b w:val="0"/>
          <w:sz w:val="20"/>
        </w:rPr>
        <w:t>• Nuevo precio: ______________________________</w:t>
      </w:r>
    </w:p>
    <w:p>
      <w:r>
        <w:rPr>
          <w:b w:val="0"/>
          <w:sz w:val="20"/>
        </w:rPr>
        <w:t>• Fecha de aplicación: ______________________________</w:t>
      </w:r>
    </w:p>
    <w:p/>
    <w:p>
      <w:r>
        <w:rPr>
          <w:b w:val="0"/>
          <w:sz w:val="20"/>
        </w:rPr>
        <w:t>Esta actualización tiene como objetivo seguir manteniendo los estándares de calidad y eficiencia que nos caracterizan, así como garantizar la sostenibilidad de nuestros servicios.</w:t>
      </w:r>
    </w:p>
    <w:p/>
    <w:p>
      <w:r>
        <w:rPr>
          <w:b w:val="0"/>
          <w:sz w:val="20"/>
        </w:rPr>
        <w:t>Le recordamos que, conforme a lo estipulado en nuestro contrato y la normativa vigente, la notificación se realiza con la debida antelación para que pueda valorar y adaptar su operativa a la nueva situación.</w:t>
      </w:r>
    </w:p>
    <w:p/>
    <w:p>
      <w:r>
        <w:rPr>
          <w:b w:val="0"/>
          <w:sz w:val="20"/>
        </w:rPr>
        <w:t>Quedamos a su disposición para cualquier aclaración que precise o para discutir cualquier aspecto relacionado con este ajuste. Rogamos nos confirme la recepción de esta comunicación y, en caso de requerirlo, contacte con nosotros para cualquier gestión adicional.</w:t>
      </w:r>
    </w:p>
    <w:p/>
    <w:p>
      <w:r>
        <w:rPr>
          <w:b w:val="0"/>
          <w:sz w:val="20"/>
        </w:rPr>
        <w:t>Agradeciendo nuevamente su confianza, reciba un cordial saludo.</w:t>
      </w:r>
    </w:p>
    <w:p/>
    <w:p/>
    <w:p>
      <w:r>
        <w:rPr>
          <w:b w:val="0"/>
          <w:sz w:val="20"/>
        </w:rPr>
        <w:t>Atentamente,</w:t>
      </w:r>
    </w:p>
    <w:p/>
    <w:p/>
    <w:p>
      <w:r>
        <w:rPr>
          <w:b w:val="0"/>
          <w:sz w:val="20"/>
        </w:rPr>
        <w:t>Nombre y apellidos</w:t>
      </w:r>
    </w:p>
    <w:p>
      <w:r>
        <w:rPr>
          <w:b w:val="0"/>
          <w:sz w:val="20"/>
        </w:rPr>
        <w:t>Cargo</w:t>
      </w:r>
    </w:p>
    <w:p>
      <w:r>
        <w:rPr>
          <w:b w:val="0"/>
          <w:sz w:val="20"/>
        </w:rPr>
        <w:t>Empresa</w:t>
      </w:r>
    </w:p>
    <w:p>
      <w:r>
        <w:rPr>
          <w:b w:val="0"/>
          <w:sz w:val="20"/>
        </w:rPr>
        <w:t>Teléfono / Email</w:t>
      </w:r>
    </w:p>
    <w:p>
      <w:r>
        <w:rPr>
          <w:b w:val="0"/>
          <w:sz w:val="20"/>
        </w:rPr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https://experto-administrativo.com/carta-de-aumento-de-precios-en-servicios/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de-aumento-de-precios-en-servicios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