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CARTA DE AUTODESPIDO</w:t>
      </w:r>
    </w:p>
    <w:p/>
    <w:p/>
    <w:p>
      <w:r>
        <w:rPr>
          <w:b/>
          <w:sz w:val="20"/>
        </w:rPr>
        <w:t>A la atención de la empresa:</w:t>
      </w:r>
    </w:p>
    <w:p>
      <w:r>
        <w:rPr>
          <w:b w:val="0"/>
          <w:sz w:val="20"/>
        </w:rPr>
        <w:t xml:space="preserve">Nombre de la empresa: </w:t>
      </w:r>
    </w:p>
    <w:p>
      <w:r>
        <w:rPr>
          <w:b w:val="0"/>
          <w:sz w:val="20"/>
        </w:rPr>
        <w:t xml:space="preserve">Domicilio social: </w:t>
      </w:r>
    </w:p>
    <w:p>
      <w:r>
        <w:rPr>
          <w:b w:val="0"/>
          <w:sz w:val="20"/>
        </w:rPr>
        <w:t xml:space="preserve">CIF: </w:t>
      </w:r>
    </w:p>
    <w:p/>
    <w:p>
      <w:r>
        <w:rPr>
          <w:b/>
          <w:sz w:val="20"/>
        </w:rPr>
        <w:t>Datos del trabajador:</w:t>
      </w:r>
    </w:p>
    <w:p>
      <w:r>
        <w:rPr>
          <w:b w:val="0"/>
          <w:sz w:val="20"/>
        </w:rPr>
        <w:t xml:space="preserve">Nombre y apellidos: </w:t>
      </w:r>
    </w:p>
    <w:p>
      <w:r>
        <w:rPr>
          <w:b w:val="0"/>
          <w:sz w:val="20"/>
        </w:rPr>
        <w:t xml:space="preserve">DNI/NIE: </w:t>
      </w:r>
    </w:p>
    <w:p>
      <w:r>
        <w:rPr>
          <w:b w:val="0"/>
          <w:sz w:val="20"/>
        </w:rPr>
        <w:t xml:space="preserve">Puesto de trabajo: </w:t>
      </w:r>
    </w:p>
    <w:p>
      <w:r>
        <w:rPr>
          <w:b w:val="0"/>
          <w:sz w:val="20"/>
        </w:rPr>
        <w:t xml:space="preserve">Departamento/Sección: </w:t>
      </w:r>
    </w:p>
    <w:p/>
    <w:p>
      <w:r>
        <w:rPr>
          <w:b/>
          <w:sz w:val="20"/>
        </w:rPr>
        <w:t>Muy Sres./Sras. míos/as:</w:t>
      </w:r>
    </w:p>
    <w:p>
      <w:r>
        <w:rPr>
          <w:b w:val="0"/>
          <w:sz w:val="20"/>
        </w:rPr>
        <w:t>Por la presente, y mediante este escrito, comunico mi decisión de dar por finalizada de forma voluntaria la relación laboral que mantengo con la empresa arriba indicada, en virtud de mi derecho a extinguir el contrato de trabajo según lo dispuesto en el artículo 49.1.d) del Estatuto de los Trabajadores.</w:t>
      </w:r>
    </w:p>
    <w:p/>
    <w:p>
      <w:r>
        <w:rPr>
          <w:b w:val="0"/>
          <w:sz w:val="20"/>
        </w:rPr>
        <w:t>Les informo de que cumpliré con el preaviso legalmente establecido, que en mi caso es de ______ días, por lo que la relación laboral finalizará el día _________________. No obstante, quedo a su disposición para concretar cualquier aspecto relativo al proceso de cese, la liquidación de haberes, así como la entrega de la documentación necesaria y la devolución de los bienes de la empresa que obren en mi poder.</w:t>
      </w:r>
    </w:p>
    <w:p/>
    <w:p>
      <w:r>
        <w:rPr>
          <w:b w:val="0"/>
          <w:sz w:val="20"/>
        </w:rPr>
        <w:t>Solicito que se ponga a mi disposición la correspondiente liquidación, finiquito y certificado de empresa, así como el resto de documentación laboral que en derecho corresponda.</w:t>
      </w:r>
    </w:p>
    <w:p/>
    <w:p>
      <w:r>
        <w:rPr>
          <w:b w:val="0"/>
          <w:sz w:val="20"/>
        </w:rPr>
        <w:t>Agradezco la oportunidad de haber formado parte de esta empresa y quedo a la espera de cualquier indicación por su parte.</w:t>
      </w:r>
    </w:p>
    <w:p/>
    <w:p/>
    <w:p>
      <w:r>
        <w:rPr>
          <w:b/>
          <w:sz w:val="20"/>
        </w:rPr>
        <w:t>Sin otro particular, les saluda atentamente,</w:t>
      </w:r>
    </w:p>
    <w:p/>
    <w:p/>
    <w:p/>
    <w:p>
      <w:r>
        <w:rPr>
          <w:b w:val="0"/>
          <w:sz w:val="20"/>
        </w:rPr>
        <w:t>Firma:</w:t>
      </w:r>
    </w:p>
    <w:p/>
    <w:p>
      <w:r>
        <w:rPr>
          <w:b w:val="0"/>
          <w:sz w:val="20"/>
        </w:rPr>
        <w:t>Nombre completo: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https://experto-administrativo.com/carta-de-autodespido/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carta-de-autodespido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