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CARTA DE AVAL PARA RENTA</w:t>
      </w:r>
    </w:p>
    <w:p/>
    <w:p/>
    <w:p>
      <w:r>
        <w:rPr>
          <w:b/>
          <w:sz w:val="20"/>
        </w:rPr>
        <w:t>A la atención de:</w:t>
      </w:r>
    </w:p>
    <w:p>
      <w:r>
        <w:rPr>
          <w:b w:val="0"/>
          <w:sz w:val="20"/>
        </w:rPr>
      </w:r>
    </w:p>
    <w:p>
      <w:r>
        <w:rPr>
          <w:b w:val="0"/>
          <w:sz w:val="20"/>
        </w:rPr>
        <w:t>Por la presente, quien suscribe:</w:t>
      </w:r>
    </w:p>
    <w:p>
      <w:r>
        <w:rPr>
          <w:b w:val="0"/>
          <w:sz w:val="20"/>
        </w:rPr>
        <w:t>Nombre y apellidos del avalista:</w:t>
      </w:r>
    </w:p>
    <w:p>
      <w:r>
        <w:rPr>
          <w:b w:val="0"/>
          <w:sz w:val="20"/>
        </w:rPr>
        <w:t>DNI/NIE del avalista:</w:t>
      </w:r>
    </w:p>
    <w:p>
      <w:r>
        <w:rPr>
          <w:b w:val="0"/>
          <w:sz w:val="20"/>
        </w:rPr>
        <w:t>Domicilio del avalista:</w:t>
      </w:r>
    </w:p>
    <w:p>
      <w:r>
        <w:rPr>
          <w:b w:val="0"/>
          <w:sz w:val="20"/>
        </w:rPr>
        <w:t>Teléfono de contacto del avalista:</w:t>
      </w:r>
    </w:p>
    <w:p/>
    <w:p>
      <w:r>
        <w:rPr>
          <w:b w:val="0"/>
          <w:sz w:val="20"/>
        </w:rPr>
        <w:t>En calidad de avalista de:</w:t>
      </w:r>
    </w:p>
    <w:p>
      <w:r>
        <w:rPr>
          <w:b w:val="0"/>
          <w:sz w:val="20"/>
        </w:rPr>
        <w:t>Nombre y apellidos del arrendatario:</w:t>
      </w:r>
    </w:p>
    <w:p>
      <w:r>
        <w:rPr>
          <w:b w:val="0"/>
          <w:sz w:val="20"/>
        </w:rPr>
        <w:t>DNI/NIE del arrendatario:</w:t>
      </w:r>
    </w:p>
    <w:p>
      <w:r>
        <w:rPr>
          <w:b w:val="0"/>
          <w:sz w:val="20"/>
        </w:rPr>
        <w:t>Domicilio del arrendatario:</w:t>
      </w:r>
    </w:p>
    <w:p/>
    <w:p>
      <w:r>
        <w:rPr>
          <w:b/>
          <w:sz w:val="20"/>
        </w:rPr>
        <w:t>EXPONE</w:t>
      </w:r>
    </w:p>
    <w:p>
      <w:r>
        <w:rPr>
          <w:b w:val="0"/>
          <w:sz w:val="20"/>
        </w:rPr>
        <w:t>Que el arrendatario ha suscrito un contrato de arrendamiento de vivienda sita en:</w:t>
      </w:r>
    </w:p>
    <w:p>
      <w:r>
        <w:rPr>
          <w:b w:val="0"/>
          <w:sz w:val="20"/>
        </w:rPr>
        <w:t>Dirección completa de la vivienda arrendada:</w:t>
      </w:r>
    </w:p>
    <w:p/>
    <w:p>
      <w:r>
        <w:rPr>
          <w:b w:val="0"/>
          <w:sz w:val="20"/>
        </w:rPr>
        <w:t>Que, en virtud del citado contrato, el arrendatario se obliga al pago de la renta mensual, así como al cumplimiento de todas las obligaciones económicas y contractuales derivadas del referido contrato de arrendamiento.</w:t>
      </w:r>
    </w:p>
    <w:p/>
    <w:p>
      <w:r>
        <w:rPr>
          <w:b w:val="0"/>
          <w:sz w:val="20"/>
        </w:rPr>
        <w:t>Por la presente, el avalista se compromete de forma solidaria y con renuncia expresa al beneficio de excusión, a responder del cumplimiento de todas las obligaciones de pago que correspondan al arrendatario, incluidas las rentas, suministros, reparaciones, indemnizaciones por daños y perjuicios, gastos de comunidad u otras cantidades que sean debidas en virtud del contrato de arrendamiento mencionado, hasta la entrega de la vivienda arrendada, así como de los posibles desperfectos ocasionados en el inmueble durante el periodo de vigencia del contrato.</w:t>
      </w:r>
    </w:p>
    <w:p/>
    <w:p>
      <w:r>
        <w:rPr>
          <w:b w:val="0"/>
          <w:sz w:val="20"/>
        </w:rPr>
        <w:t>El presente aval tendrá vigencia durante toda la duración del contrato de arrendamiento, incluidas sus prórrogas legales o pactadas, y hasta la completa devolución de la vivienda y liquidación de todas las obligaciones derivadas del mismo.</w:t>
      </w:r>
    </w:p>
    <w:p/>
    <w:p>
      <w:r>
        <w:rPr>
          <w:b w:val="0"/>
          <w:sz w:val="20"/>
        </w:rPr>
        <w:t>El avalista declara haber sido informado y conocer el contenido íntegro del contrato de arrendamiento y acepta expresamente las condiciones del mismo.</w:t>
      </w:r>
    </w:p>
    <w:p/>
    <w:p/>
    <w:p>
      <w:r>
        <w:rPr>
          <w:b/>
          <w:sz w:val="20"/>
        </w:rPr>
        <w:t>Protección de datos:</w:t>
      </w:r>
    </w:p>
    <w:p>
      <w:r>
        <w:rPr>
          <w:b w:val="0"/>
          <w:sz w:val="20"/>
        </w:rPr>
        <w:t>Los datos personales facilitados serán incorporados a un fichero de datos de carácter personal titularidad del arrendador, únicamente para la gestión del presente contrato y sus obligaciones derivadas.</w:t>
      </w:r>
    </w:p>
    <w:p/>
    <w:p/>
    <w:p>
      <w:r>
        <w:rPr>
          <w:b w:val="0"/>
          <w:sz w:val="20"/>
        </w:rPr>
        <w:t>Y para que así conste, se firma la presente carta de aval en el lugar y fecha indicados.</w:t>
      </w:r>
    </w:p>
    <w:p/>
    <w:p/>
    <w:p/>
    <w:p>
      <w:r>
        <w:rPr>
          <w:b/>
          <w:sz w:val="20"/>
        </w:rPr>
        <w:t>Firma del avalista:</w:t>
      </w:r>
    </w:p>
    <w:p/>
    <w:p/>
    <w:p>
      <w:r>
        <w:rPr>
          <w:b w:val="0"/>
          <w:sz w:val="20"/>
        </w:rPr>
      </w:r>
    </w:p>
    <w:p>
      <w:r>
        <w:br w:type="page"/>
      </w:r>
    </w:p>
    <w:p>
      <w:pPr>
        <w:jc w:val="center"/>
      </w:pPr>
      <w:r>
        <w:rPr>
          <w:color w:val="555555"/>
          <w:sz w:val="24"/>
        </w:rPr>
        <w:t>Fuente original del documento:</w:t>
      </w:r>
    </w:p>
    <w:p>
      <w:pPr>
        <w:jc w:val="center"/>
      </w:pPr>
      <w:hyperlink r:id="rId9">
        <w:r>
          <w:rPr>
            <w:color w:val="0000FF"/>
            <w:u w:val="single"/>
          </w:rPr>
          <w:t>https://experto-administrativo.com/carta-de-aval-para-renta/</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https://experto-administrativo.com</w:t>
        </w:r>
      </w:hyperlink>
    </w:p>
    <w:p>
      <w:pPr>
        <w:jc w:val="center"/>
      </w:pPr>
      <w:r>
        <w:rPr>
          <w:color w:val="808080"/>
          <w:sz w:val="20"/>
        </w:rPr>
        <w:t>Plantilla de uso personal y gratuito. Prohibido su uso comercial.</w:t>
        <w:br/>
        <w:t>Si se comparte o publica, debe mencionarse la fuente. © experto-administrativo.com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administrativo.com/carta-de-aval-para-renta/" TargetMode="External"/><Relationship Id="rId10" Type="http://schemas.openxmlformats.org/officeDocument/2006/relationships/hyperlink" Target="https://experto-administrativ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