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FINALIZACIÓN DE CONTRATO DE ARRENDAMIENTO</w:t>
      </w:r>
    </w:p>
    <w:p/>
    <w:p>
      <w:r>
        <w:rPr>
          <w:b/>
          <w:sz w:val="20"/>
        </w:rPr>
        <w:t>Remitente:</w:t>
      </w:r>
    </w:p>
    <w:p>
      <w:r>
        <w:rPr>
          <w:b w:val="0"/>
          <w:sz w:val="20"/>
        </w:rPr>
        <w:t>Nombre: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>
      <w:r>
        <w:rPr>
          <w:b w:val="0"/>
          <w:sz w:val="20"/>
        </w:rPr>
        <w:t>Teléfono: ____________________     Email: 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Nombre: _____________________________________________________________</w:t>
      </w:r>
    </w:p>
    <w:p>
      <w:r>
        <w:rPr>
          <w:b w:val="0"/>
          <w:sz w:val="20"/>
        </w:rPr>
        <w:t>DNI/NIE/CIF: _____________________     Domicilio: _________________________________</w:t>
      </w:r>
    </w:p>
    <w:p>
      <w:r>
        <w:rPr>
          <w:b w:val="0"/>
          <w:sz w:val="20"/>
        </w:rPr>
        <w:t>Teléfono: ____________________     Email: _____________________________________</w:t>
      </w:r>
    </w:p>
    <w:p/>
    <w:p>
      <w:r>
        <w:rPr>
          <w:b w:val="0"/>
          <w:sz w:val="20"/>
        </w:rPr>
        <w:t>Muy Sr./Sra. mío/a:</w:t>
      </w:r>
    </w:p>
    <w:p>
      <w:r>
        <w:rPr>
          <w:b w:val="0"/>
          <w:sz w:val="20"/>
        </w:rPr>
        <w:t>Por la presente, le comunico mi voluntad de no renovar y dar por finalizado el contrato de arrendamiento suscrito entre ambas partes, relativo a la vivienda/situada en:</w:t>
      </w:r>
    </w:p>
    <w:p>
      <w:r>
        <w:rPr>
          <w:b w:val="0"/>
          <w:sz w:val="20"/>
        </w:rPr>
        <w:t>Dirección: __________________________________________________________________________________________</w:t>
      </w:r>
    </w:p>
    <w:p>
      <w:r>
        <w:rPr>
          <w:b w:val="0"/>
          <w:sz w:val="20"/>
        </w:rPr>
        <w:t>Referencia catastral (si procede): _________________________________________________________________</w:t>
      </w:r>
    </w:p>
    <w:p/>
    <w:p>
      <w:r>
        <w:rPr>
          <w:b w:val="0"/>
          <w:sz w:val="20"/>
        </w:rPr>
        <w:t>Conforme a lo establecido en la Ley de Arrendamientos Urbanos y en la cláusula correspondiente del contrato de arrendamiento, procedo a notificar la resolución del mismo, respetando el plazo de preaviso pactado y legalmente exigible.</w:t>
      </w:r>
    </w:p>
    <w:p>
      <w:r>
        <w:rPr>
          <w:b w:val="0"/>
          <w:sz w:val="20"/>
        </w:rPr>
        <w:t>La fecha efectiva de finalización del contrato será el día __________________________, a partir del cual se procederá a la entrega de llaves y a la devolución del inmueble en el estado en que fue recibido, salvo el desgaste derivado del uso normal.</w:t>
      </w:r>
    </w:p>
    <w:p>
      <w:r>
        <w:rPr>
          <w:b w:val="0"/>
          <w:sz w:val="20"/>
        </w:rPr>
        <w:t>Solicito que, una vez verificado el estado del inmueble y el cumplimiento de las obligaciones contractuales pendientes por ambas partes, se proceda a la devolución de la fianza entregada en su día, conforme a lo previsto en la normativa vigente.</w:t>
      </w:r>
    </w:p>
    <w:p>
      <w:r>
        <w:rPr>
          <w:b w:val="0"/>
          <w:sz w:val="20"/>
        </w:rPr>
        <w:t>Quedo a su disposición para coordinar la visita de inspección y la entrega de llaves, así como para resolver cualquier cuestión relativa a la finalización del arrendamiento.</w:t>
      </w:r>
    </w:p>
    <w:p/>
    <w:p>
      <w:r>
        <w:rPr>
          <w:b w:val="0"/>
          <w:sz w:val="20"/>
        </w:rPr>
        <w:t>Sin otro particular, le saluda atentamente,</w:t>
      </w:r>
    </w:p>
    <w:p/>
    <w:p/>
    <w:p>
      <w:r>
        <w:rPr>
          <w:b w:val="0"/>
          <w:sz w:val="20"/>
        </w:rPr>
        <w:t>Firma: _________________________</w:t>
      </w:r>
    </w:p>
    <w:p/>
    <w:p>
      <w:r>
        <w:rPr>
          <w:b w:val="0"/>
          <w:sz w:val="20"/>
        </w:rPr>
        <w:t>Nombre: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https://experto-administrativo.com/carta-de-finalizacion-de-contrato-de-arrendamiento/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finalizacion-de-contrato-de-arrendamient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