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CARTA DE HORARIO LABORAL</w:t>
      </w:r>
    </w:p>
    <w:p/>
    <w:p/>
    <w:p>
      <w:r>
        <w:rPr>
          <w:b w:val="0"/>
          <w:sz w:val="20"/>
        </w:rPr>
        <w:t>A la atención de:</w:t>
      </w:r>
    </w:p>
    <w:p>
      <w:r>
        <w:rPr>
          <w:b w:val="0"/>
          <w:sz w:val="20"/>
        </w:rPr>
        <w:t>D./Dña.: _____________________________________________________________</w:t>
      </w:r>
    </w:p>
    <w:p>
      <w:r>
        <w:rPr>
          <w:b w:val="0"/>
          <w:sz w:val="20"/>
        </w:rPr>
        <w:t>DNI/NIE: ___________________________</w:t>
      </w:r>
    </w:p>
    <w:p>
      <w:r>
        <w:rPr>
          <w:b w:val="0"/>
          <w:sz w:val="20"/>
        </w:rPr>
        <w:t>Puesto de trabajo: _________________________________________________</w:t>
      </w:r>
    </w:p>
    <w:p>
      <w:r>
        <w:rPr>
          <w:b w:val="0"/>
          <w:sz w:val="20"/>
        </w:rPr>
        <w:t>Departamento/Sección: _____________________________________________</w:t>
      </w:r>
    </w:p>
    <w:p/>
    <w:p>
      <w:r>
        <w:rPr>
          <w:b w:val="0"/>
          <w:sz w:val="20"/>
        </w:rPr>
        <w:t>Empresa: ___________________________________________________________</w:t>
      </w:r>
    </w:p>
    <w:p>
      <w:r>
        <w:rPr>
          <w:b w:val="0"/>
          <w:sz w:val="20"/>
        </w:rPr>
        <w:t>CIF: ________________________</w:t>
      </w:r>
    </w:p>
    <w:p>
      <w:r>
        <w:rPr>
          <w:b w:val="0"/>
          <w:sz w:val="20"/>
        </w:rPr>
        <w:t>Domicilio social: _________________________________________________</w:t>
      </w:r>
    </w:p>
    <w:p/>
    <w:p>
      <w:r>
        <w:rPr>
          <w:b w:val="0"/>
          <w:sz w:val="20"/>
        </w:rPr>
        <w:t>Por la presente, se certifica que el/la trabajador/a arriba indicado/a presta sus servicios en esta empresa, desempeñando el puesto señalado, con el siguiente horario laboral:</w:t>
      </w:r>
    </w:p>
    <w:p/>
    <w:p>
      <w:r>
        <w:rPr>
          <w:b w:val="0"/>
          <w:sz w:val="20"/>
        </w:rPr>
        <w:t>Horario de trabajo</w:t>
      </w:r>
    </w:p>
    <w:p>
      <w:r>
        <w:rPr>
          <w:b w:val="0"/>
          <w:sz w:val="20"/>
        </w:rPr>
        <w:t>Jornada: _________________________</w:t>
      </w:r>
    </w:p>
    <w:p>
      <w:r>
        <w:rPr>
          <w:b w:val="0"/>
          <w:sz w:val="20"/>
        </w:rPr>
        <w:t>Horario: _________________________</w:t>
      </w:r>
    </w:p>
    <w:p>
      <w:r>
        <w:rPr>
          <w:b w:val="0"/>
          <w:sz w:val="20"/>
        </w:rPr>
        <w:t>Días de la semana: __________________________________________________</w:t>
      </w:r>
    </w:p>
    <w:p>
      <w:r>
        <w:rPr>
          <w:b w:val="0"/>
          <w:sz w:val="20"/>
        </w:rPr>
        <w:t>Turno: ___________________________</w:t>
      </w:r>
    </w:p>
    <w:p>
      <w:r>
        <w:rPr>
          <w:b w:val="0"/>
          <w:sz w:val="20"/>
        </w:rPr>
        <w:t>Centro de trabajo: _________________________________________________</w:t>
      </w:r>
    </w:p>
    <w:p/>
    <w:p>
      <w:r>
        <w:rPr>
          <w:b w:val="0"/>
          <w:sz w:val="20"/>
        </w:rPr>
        <w:t>El/la trabajador/a comenzó su relación laboral con esta empresa en fecha ______________, manteniéndose actualmente en activo bajo las condiciones antes expuestas.</w:t>
      </w:r>
    </w:p>
    <w:p/>
    <w:p>
      <w:r>
        <w:rPr>
          <w:b w:val="0"/>
          <w:sz w:val="20"/>
        </w:rPr>
        <w:t>La presente carta se expide a petición del interesado/a para los fines que estime oportunos.</w:t>
      </w:r>
    </w:p>
    <w:p/>
    <w:p/>
    <w:p/>
    <w:p>
      <w:r>
        <w:rPr>
          <w:b w:val="0"/>
          <w:sz w:val="20"/>
        </w:rPr>
        <w:t>En ________________________________</w:t>
      </w:r>
    </w:p>
    <w:p/>
    <w:p>
      <w:r>
        <w:rPr>
          <w:b/>
          <w:sz w:val="20"/>
        </w:rPr>
        <w:t>Firma y sello de la empresa</w:t>
      </w:r>
    </w:p>
    <w:p/>
    <w:p/>
    <w:p/>
    <w:p>
      <w:r>
        <w:rPr>
          <w:b w:val="0"/>
          <w:sz w:val="20"/>
        </w:rPr>
        <w:t>_________________________________</w:t>
      </w:r>
    </w:p>
    <w:p>
      <w:r>
        <w:rPr>
          <w:b/>
          <w:sz w:val="20"/>
        </w:rPr>
        <w:t>Nombre y cargo de quien firma</w:t>
      </w:r>
    </w:p>
    <w:p/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del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https://experto-administrativo.com/carta-de-horario-laboral/</w:t>
        </w:r>
      </w:hyperlink>
    </w:p>
    <w:p>
      <w:pPr>
        <w:jc w:val="center"/>
      </w:pPr>
      <w:r>
        <w:rPr>
          <w:color w:val="555555"/>
          <w:sz w:val="26"/>
        </w:rPr>
        <w:t>¿Te ha resultado útil esta plantilla?</w:t>
      </w:r>
    </w:p>
    <w:p>
      <w:pPr>
        <w:jc w:val="center"/>
      </w:pPr>
      <w:r>
        <w:rPr>
          <w:color w:val="555555"/>
          <w:sz w:val="26"/>
        </w:rPr>
        <w:t>Descubre más documentos actualizados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https://experto-administrativo.com</w:t>
        </w:r>
      </w:hyperlink>
    </w:p>
    <w:p>
      <w:pPr>
        <w:jc w:val="center"/>
      </w:pPr>
      <w:r>
        <w:rPr>
          <w:color w:val="808080"/>
          <w:sz w:val="20"/>
        </w:rPr>
        <w:t>Plantilla de uso personal y gratuito. Prohibido su uso comercial.</w:t>
        <w:br/>
        <w:t>Si se comparte o publica, debe mencionarse la fuente. © experto-administrativo.com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xperto-administrativo.com/carta-de-horario-laboral/" TargetMode="External"/><Relationship Id="rId10" Type="http://schemas.openxmlformats.org/officeDocument/2006/relationships/hyperlink" Target="https://experto-administrativ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