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INVITACIÓN PARA EXTRANJEROS</w:t>
      </w:r>
    </w:p>
    <w:p/>
    <w:p>
      <w:r>
        <w:rPr>
          <w:b/>
          <w:sz w:val="20"/>
        </w:rPr>
        <w:t>DATOS DEL INVITANTE</w:t>
      </w:r>
    </w:p>
    <w:p>
      <w:r>
        <w:rPr>
          <w:b w:val="0"/>
          <w:sz w:val="20"/>
        </w:rPr>
        <w:t>Nombre y apellidos: ________________________________________________________</w:t>
      </w:r>
    </w:p>
    <w:p>
      <w:r>
        <w:rPr>
          <w:b w:val="0"/>
          <w:sz w:val="20"/>
        </w:rPr>
        <w:t>DNI/NIE/Pasaporte: ________________________________</w:t>
      </w:r>
    </w:p>
    <w:p>
      <w:r>
        <w:rPr>
          <w:b w:val="0"/>
          <w:sz w:val="20"/>
        </w:rPr>
        <w:t>Fecha de nacimiento: _______________________________</w:t>
      </w:r>
    </w:p>
    <w:p>
      <w:r>
        <w:rPr>
          <w:b w:val="0"/>
          <w:sz w:val="20"/>
        </w:rPr>
        <w:t>Nacionalidad: _____________________________________</w:t>
      </w:r>
    </w:p>
    <w:p>
      <w:r>
        <w:rPr>
          <w:b w:val="0"/>
          <w:sz w:val="20"/>
        </w:rPr>
        <w:t>Domicilio completo: _____________________________________________________________</w:t>
      </w:r>
    </w:p>
    <w:p>
      <w:r>
        <w:rPr>
          <w:b w:val="0"/>
          <w:sz w:val="20"/>
        </w:rPr>
        <w:t>Teléfono: ___________________________   Email: ________________________________</w:t>
      </w:r>
    </w:p>
    <w:p>
      <w:r>
        <w:rPr>
          <w:b w:val="0"/>
          <w:sz w:val="20"/>
        </w:rPr>
        <w:t>Relación con el invitado/a: ___________________________________________</w:t>
      </w:r>
    </w:p>
    <w:p/>
    <w:p>
      <w:r>
        <w:rPr>
          <w:b/>
          <w:sz w:val="20"/>
        </w:rPr>
        <w:t>DATOS DEL INVITADO/A</w:t>
      </w:r>
    </w:p>
    <w:p>
      <w:r>
        <w:rPr>
          <w:b w:val="0"/>
          <w:sz w:val="20"/>
        </w:rPr>
        <w:t>Nombre y apellidos: ________________________________________________________</w:t>
      </w:r>
    </w:p>
    <w:p>
      <w:r>
        <w:rPr>
          <w:b w:val="0"/>
          <w:sz w:val="20"/>
        </w:rPr>
        <w:t>Pasaporte: ________________________________</w:t>
      </w:r>
    </w:p>
    <w:p>
      <w:r>
        <w:rPr>
          <w:b w:val="0"/>
          <w:sz w:val="20"/>
        </w:rPr>
        <w:t>Fecha de nacimiento: _______________________________</w:t>
      </w:r>
    </w:p>
    <w:p>
      <w:r>
        <w:rPr>
          <w:b w:val="0"/>
          <w:sz w:val="20"/>
        </w:rPr>
        <w:t>Nacionalidad: _____________________________________</w:t>
      </w:r>
    </w:p>
    <w:p>
      <w:r>
        <w:rPr>
          <w:b w:val="0"/>
          <w:sz w:val="20"/>
        </w:rPr>
        <w:t>Domicilio completo: _____________________________________________________________</w:t>
      </w:r>
    </w:p>
    <w:p/>
    <w:p>
      <w:r>
        <w:rPr>
          <w:b/>
          <w:sz w:val="20"/>
        </w:rPr>
        <w:t>MOTIVO Y DURACIÓN DE LA INVITACIÓN</w:t>
      </w:r>
    </w:p>
    <w:p>
      <w:r>
        <w:rPr>
          <w:b w:val="0"/>
          <w:sz w:val="20"/>
        </w:rPr>
        <w:t>Por la presente, yo, el/la abajo firmante, deseo invitar a la persona arriba mencionada a visitar España durante el periodo comprendido entre ________________________ y ________________________, con motivo de _____________________________________________________________________________________________________________________________.</w:t>
      </w:r>
    </w:p>
    <w:p/>
    <w:p>
      <w:r>
        <w:rPr>
          <w:b/>
          <w:sz w:val="20"/>
        </w:rPr>
        <w:t>DECLARACIÓN</w:t>
      </w:r>
    </w:p>
    <w:p>
      <w:r>
        <w:rPr>
          <w:b w:val="0"/>
          <w:sz w:val="20"/>
        </w:rPr>
        <w:t>Me comprometo a proporcionarle alojamiento durante su estancia en mi domicilio, y a cumplir con las obligaciones legales como anfitrión/a, responsabilizándome de que el/la invitado/a respete la normativa vigente en España, así como las condiciones de estancia establecidas por las autoridades españolas.</w:t>
      </w:r>
    </w:p>
    <w:p/>
    <w:p>
      <w:r>
        <w:rPr>
          <w:b w:val="0"/>
          <w:sz w:val="20"/>
        </w:rPr>
        <w:t>Durante su estancia, el/la invitado/a residirá en mi domicilio arriba indicado. Asimismo, manifiesto que dispongo de recursos económicos suficientes para asumir los gastos derivados de su estancia, si fuese necesario.</w:t>
      </w:r>
    </w:p>
    <w:p/>
    <w:p>
      <w:r>
        <w:rPr>
          <w:b/>
          <w:sz w:val="20"/>
        </w:rPr>
        <w:t>DOCUMENTACIÓN ADJUNTA</w:t>
      </w:r>
    </w:p>
    <w:p>
      <w:r>
        <w:rPr>
          <w:b w:val="0"/>
          <w:sz w:val="20"/>
        </w:rPr>
        <w:t>1. Fotocopia del DNI/NIE/Pasaporte del invitante.</w:t>
      </w:r>
    </w:p>
    <w:p>
      <w:r>
        <w:rPr>
          <w:b w:val="0"/>
          <w:sz w:val="20"/>
        </w:rPr>
        <w:t>2. Justificante de domicilio (escritura, contrato de alquiler o recibo de suministro).</w:t>
      </w:r>
    </w:p>
    <w:p>
      <w:r>
        <w:rPr>
          <w:b w:val="0"/>
          <w:sz w:val="20"/>
        </w:rPr>
        <w:t>3. Documento que acredite la relación con el/la invitado/a, si procede.</w:t>
      </w:r>
    </w:p>
    <w:p>
      <w:r>
        <w:rPr>
          <w:b w:val="0"/>
          <w:sz w:val="20"/>
        </w:rPr>
        <w:t>4. Copia del pasaporte del invitado/a.</w:t>
      </w:r>
    </w:p>
    <w:p>
      <w:r>
        <w:rPr>
          <w:b w:val="0"/>
          <w:sz w:val="20"/>
        </w:rPr>
        <w:t>5. Cualquier otro documento que se estime oportuno.</w:t>
      </w:r>
    </w:p>
    <w:p/>
    <w:p>
      <w:r>
        <w:rPr>
          <w:b w:val="0"/>
          <w:sz w:val="20"/>
        </w:rPr>
        <w:t>Lugar: _______________________________</w:t>
      </w:r>
    </w:p>
    <w:p>
      <w:r>
        <w:rPr>
          <w:b w:val="0"/>
          <w:sz w:val="20"/>
        </w:rPr>
        <w:t>Fecha: _______________________________</w:t>
      </w:r>
    </w:p>
    <w:p/>
    <w:p/>
    <w:p>
      <w:r>
        <w:rPr>
          <w:b/>
          <w:sz w:val="20"/>
        </w:rPr>
        <w:t>Firma del invitante:</w:t>
      </w:r>
    </w:p>
    <w:p/>
    <w:p/>
    <w:p/>
    <w:p>
      <w:r>
        <w:rPr>
          <w:b w:val="0"/>
          <w:sz w:val="20"/>
        </w:rPr>
        <w:t>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https://experto-administrativo.com/carta-de-invitacion-para-extranjeros/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invitacion-para-extranjero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