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PAGO ENTRE PARTICULARES</w:t>
      </w:r>
    </w:p>
    <w:p/>
    <w:p/>
    <w:p>
      <w:r>
        <w:rPr>
          <w:b w:val="0"/>
          <w:sz w:val="20"/>
        </w:rPr>
        <w:t>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/>
    <w:p>
      <w:r>
        <w:rPr>
          <w:b w:val="0"/>
          <w:sz w:val="20"/>
        </w:rPr>
        <w:t>Y de otra parte, D./Dña.: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/>
    <w:p/>
    <w:p>
      <w:r>
        <w:rPr>
          <w:b w:val="0"/>
          <w:sz w:val="20"/>
        </w:rPr>
        <w:t>Ambas partes, mayores de edad, reconocen y manifiestan lo siguiente:</w:t>
      </w:r>
    </w:p>
    <w:p/>
    <w:p>
      <w:r>
        <w:rPr>
          <w:b w:val="0"/>
          <w:sz w:val="20"/>
        </w:rPr>
        <w:t>PRIMERO.- Que con fecha anterior, existía entre ambas partes una deuda consistente en la cantidad de euros que uno de ellos debía al otro, derivada de: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SEGUNDO.- Que en el día de hoy, el deudor hace entrega al acreedor de la cantidad total adeudada, esto es,</w:t>
      </w:r>
    </w:p>
    <w:p>
      <w:r>
        <w:rPr>
          <w:b w:val="0"/>
          <w:sz w:val="20"/>
        </w:rPr>
        <w:t>euros, en concepto de pago total y satisfactorio de la mencionada deuda.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TERCERO.- Que el acreedor, por medio de la presente carta de pago, manifiesta expresamente haber recibido dicha cantidad en su totalidad, por lo que otorga el más completo y eficaz finiquito, renunciando a cualquier reclamación futura respecto a la deuda mencionada.</w:t>
      </w:r>
    </w:p>
    <w:p/>
    <w:p>
      <w:r>
        <w:rPr>
          <w:b w:val="0"/>
          <w:sz w:val="20"/>
        </w:rPr>
        <w:t>CUARTO.- Ambas partes declaran que nada más tienen que reclamarse entre sí en relación con la deuda referida, quedando la misma completamente extinguida y saldada.</w:t>
      </w:r>
    </w:p>
    <w:p/>
    <w:p/>
    <w:p>
      <w:r>
        <w:rPr>
          <w:b w:val="0"/>
          <w:sz w:val="20"/>
        </w:rPr>
        <w:t>Firmado:</w:t>
      </w:r>
    </w:p>
    <w:p/>
    <w:p/>
    <w:p>
      <w:r>
        <w:rPr>
          <w:b/>
          <w:sz w:val="20"/>
        </w:rPr>
        <w:t>El Acreedor</w:t>
      </w:r>
    </w:p>
    <w:p/>
    <w:p/>
    <w:p/>
    <w:p>
      <w:r>
        <w:rPr>
          <w:b w:val="0"/>
          <w:sz w:val="20"/>
        </w:rPr>
        <w:t>Firma: __________________________</w:t>
      </w:r>
    </w:p>
    <w:p/>
    <w:p/>
    <w:p>
      <w:r>
        <w:rPr>
          <w:b/>
          <w:sz w:val="20"/>
        </w:rPr>
        <w:t>El Deudor</w:t>
      </w:r>
    </w:p>
    <w:p/>
    <w:p/>
    <w:p/>
    <w:p>
      <w:r>
        <w:rPr>
          <w:b w:val="0"/>
          <w:sz w:val="20"/>
        </w:rPr>
        <w:t>Firma: 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https://experto-administrativo.com/carta-de-pago-entre-particulares/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pago-entre-particular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