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QUEJA ESCOLAR</w:t>
      </w:r>
    </w:p>
    <w:p/>
    <w:p>
      <w:r>
        <w:rPr>
          <w:b/>
          <w:sz w:val="20"/>
        </w:rPr>
        <w:t>Director/a del Centro Escolar</w:t>
      </w:r>
    </w:p>
    <w:p>
      <w:r>
        <w:rPr>
          <w:b w:val="0"/>
          <w:sz w:val="20"/>
        </w:rPr>
        <w:t>Nombre del centro: _______________________________________________________________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_______________________________________________________________________</w:t>
      </w:r>
    </w:p>
    <w:p/>
    <w:p>
      <w:r>
        <w:rPr>
          <w:b/>
          <w:sz w:val="20"/>
        </w:rPr>
        <w:t>De:</w:t>
      </w:r>
    </w:p>
    <w:p>
      <w:r>
        <w:rPr>
          <w:b w:val="0"/>
          <w:sz w:val="20"/>
        </w:rPr>
        <w:t>Nombre y apellidos: _____________________________________________________________</w:t>
      </w:r>
    </w:p>
    <w:p>
      <w:r>
        <w:rPr>
          <w:b w:val="0"/>
          <w:sz w:val="20"/>
        </w:rPr>
        <w:t>DNI/NIE: _____________________     Teléfono: ______________________</w:t>
      </w:r>
    </w:p>
    <w:p>
      <w:r>
        <w:rPr>
          <w:b w:val="0"/>
          <w:sz w:val="20"/>
        </w:rPr>
        <w:t>Correo electrónico: _______________________________________________</w:t>
      </w:r>
    </w:p>
    <w:p>
      <w:r>
        <w:rPr>
          <w:b w:val="0"/>
          <w:sz w:val="20"/>
        </w:rPr>
        <w:t>Relación con el alumno/a: ____________________________________________</w:t>
      </w:r>
    </w:p>
    <w:p/>
    <w:p>
      <w:r>
        <w:rPr>
          <w:b/>
          <w:sz w:val="20"/>
        </w:rPr>
        <w:t>Alumno/a:</w:t>
      </w:r>
    </w:p>
    <w:p>
      <w:r>
        <w:rPr>
          <w:b w:val="0"/>
          <w:sz w:val="20"/>
        </w:rPr>
        <w:t>Nombre y apellidos: ____________________________________________________________</w:t>
      </w:r>
    </w:p>
    <w:p>
      <w:r>
        <w:rPr>
          <w:b w:val="0"/>
          <w:sz w:val="20"/>
        </w:rPr>
        <w:t>Curso y grupo: _________________________________________________________________</w:t>
      </w:r>
    </w:p>
    <w:p/>
    <w:p>
      <w:r>
        <w:rPr>
          <w:b/>
          <w:sz w:val="20"/>
        </w:rPr>
        <w:t>Asunto: Queja formal sobre situación ocurrida en el centro escolar</w:t>
      </w:r>
    </w:p>
    <w:p/>
    <w:p>
      <w:r>
        <w:rPr>
          <w:b w:val="0"/>
          <w:sz w:val="20"/>
        </w:rPr>
        <w:t>Por la presente, me dirijo a usted para manifestar mi disconformidad y presentar una queja formal respecto a una situación que afecta al adecuado desarrollo educativo y personal de mi hijo/a/alumno/a en el centro escolar.</w:t>
      </w:r>
    </w:p>
    <w:p/>
    <w:p>
      <w:r>
        <w:rPr>
          <w:b w:val="0"/>
          <w:sz w:val="20"/>
        </w:rPr>
        <w:t>En concreto, expongo los siguientes hechos: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 w:val="0"/>
          <w:sz w:val="20"/>
        </w:rPr>
        <w:t>Estos hechos han generado las siguientes consecuencias y perjuicios: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 w:val="0"/>
          <w:sz w:val="20"/>
        </w:rPr>
        <w:t>Considero que la situación descrita es contraria a los valores y normas del centro, y perjudica el bienestar y la educación de mi hijo/a/alumno/a. Solicito que se tomen las medidas necesarias para investigar lo sucedido y dar una solución adecuada a la situación planteada.</w:t>
      </w:r>
    </w:p>
    <w:p/>
    <w:p>
      <w:r>
        <w:rPr>
          <w:b w:val="0"/>
          <w:sz w:val="20"/>
        </w:rPr>
        <w:t>Quedo a la espera de una respuesta por escrito y de la adopción de las medidas oportunas para evitar que situaciones similares se repitan en el futuro.</w:t>
      </w:r>
    </w:p>
    <w:p/>
    <w:p>
      <w:r>
        <w:rPr>
          <w:b w:val="0"/>
          <w:sz w:val="20"/>
        </w:rPr>
        <w:t>Sin otro particular, le saluda atentamente,</w:t>
      </w:r>
    </w:p>
    <w:p/>
    <w:p/>
    <w:p>
      <w:r>
        <w:rPr>
          <w:b w:val="0"/>
          <w:sz w:val="20"/>
        </w:rPr>
        <w:t>Firma: ________________________________</w:t>
      </w:r>
    </w:p>
    <w:p/>
    <w:p>
      <w:r>
        <w:rPr>
          <w:b w:val="0"/>
          <w:sz w:val="20"/>
        </w:rPr>
        <w:t>Nombre completo: 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https://experto-administrativo.com/carta-de-queja-escolar/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queja-escolar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