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RECLAMO A LA MUNICIPALIDAD POR RUIDOS MOLESTOS</w:t>
      </w:r>
    </w:p>
    <w:p/>
    <w:p/>
    <w:p>
      <w:r>
        <w:rPr>
          <w:b/>
          <w:sz w:val="20"/>
        </w:rPr>
        <w:t>Señores</w:t>
      </w:r>
    </w:p>
    <w:p>
      <w:r>
        <w:rPr>
          <w:b w:val="0"/>
          <w:sz w:val="20"/>
        </w:rPr>
        <w:t>Municipalidad de</w:t>
      </w:r>
    </w:p>
    <w:p>
      <w:r>
        <w:rPr>
          <w:b w:val="0"/>
          <w:sz w:val="20"/>
        </w:rPr>
        <w:t>Presente.-</w:t>
      </w:r>
    </w:p>
    <w:p/>
    <w:p>
      <w:r>
        <w:rPr>
          <w:b w:val="0"/>
          <w:sz w:val="20"/>
        </w:rPr>
        <w:t>Yo,</w:t>
      </w:r>
    </w:p>
    <w:p>
      <w:r>
        <w:rPr>
          <w:b w:val="0"/>
          <w:sz w:val="20"/>
        </w:rPr>
        <w:t>con domicilio en</w:t>
      </w:r>
    </w:p>
    <w:p>
      <w:r>
        <w:rPr>
          <w:b w:val="0"/>
          <w:sz w:val="20"/>
        </w:rPr>
        <w:t>y DNI Nº</w:t>
      </w:r>
    </w:p>
    <w:p>
      <w:r>
        <w:rPr>
          <w:b w:val="0"/>
          <w:sz w:val="20"/>
        </w:rPr>
        <w:t>me dirijo a ustedes en mi calidad de vecino de esta jurisdicción a fin de exponer y solicitar lo siguiente: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Que desde hace un tiempo vengo siendo afectado por ruidos molestos que superan los límites permitidos y que alteran la tranquilidad y el descanso en mi vivienda. Los mismos provienen de</w:t>
      </w:r>
    </w:p>
    <w:p>
      <w:r>
        <w:rPr>
          <w:b w:val="0"/>
          <w:sz w:val="20"/>
        </w:rPr>
        <w:t>El origen de los ruidos es</w:t>
      </w:r>
    </w:p>
    <w:p>
      <w:r>
        <w:rPr>
          <w:b w:val="0"/>
          <w:sz w:val="20"/>
        </w:rPr>
        <w:t>Estos hechos ocurren en el horario de</w:t>
      </w:r>
    </w:p>
    <w:p>
      <w:r>
        <w:rPr>
          <w:b w:val="0"/>
          <w:sz w:val="20"/>
        </w:rPr>
        <w:t>La intensidad y recurrencia de los ruidos ocasionan serias molestias tanto a mi persona como a mi familia, afectando nuestro bienestar y la normal convivencia en el barrio.</w:t>
      </w:r>
    </w:p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la Municipalidad, en uso de sus atribuciones y conforme a la normativa vigente sobre ruidos molestos y contaminación acústica, tome medidas para verificar la situación expuesta y disponga las acciones necesarias para restablecer el orden y la tranquilidad en la zona afectada.</w:t>
      </w:r>
    </w:p>
    <w:p>
      <w:r>
        <w:rPr>
          <w:b w:val="0"/>
          <w:sz w:val="20"/>
        </w:rPr>
        <w:t>Asimismo, solicito que se me informe sobre las actuaciones realizadas y las medidas adoptadas al respecto.</w:t>
      </w:r>
    </w:p>
    <w:p/>
    <w:p>
      <w:r>
        <w:rPr>
          <w:b w:val="0"/>
          <w:sz w:val="20"/>
        </w:rPr>
        <w:t>Sin otro particular, y esperando una pronta respuesta a la presente, saludo a ustedes atentamente.</w:t>
      </w:r>
    </w:p>
    <w:p/>
    <w:p/>
    <w:p/>
    <w:p>
      <w:r>
        <w:rPr>
          <w:b w:val="0"/>
          <w:sz w:val="20"/>
        </w:rPr>
        <w:t>Firma:</w:t>
      </w:r>
    </w:p>
    <w:p>
      <w:r>
        <w:rPr>
          <w:b w:val="0"/>
          <w:sz w:val="20"/>
        </w:rPr>
        <w:t>Nombre y Apellido:</w:t>
      </w:r>
    </w:p>
    <w:p>
      <w:r>
        <w:rPr>
          <w:b w:val="0"/>
          <w:sz w:val="20"/>
        </w:rPr>
        <w:t>DNI Nº: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https://experto-administrativo.com/carta-de-reclamo-ala-municipalidad-por-ruidos-molestos/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reclamo-ala-municipalidad-por-ruidos-molesto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