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RECOMENDACIÓN PERSONAL</w:t>
      </w:r>
    </w:p>
    <w:p/>
    <w:p/>
    <w:p>
      <w:r>
        <w:rPr>
          <w:b/>
          <w:sz w:val="20"/>
        </w:rPr>
        <w:t>A quien corresponda:</w:t>
      </w:r>
    </w:p>
    <w:p/>
    <w:p>
      <w:r>
        <w:rPr>
          <w:b w:val="0"/>
          <w:sz w:val="20"/>
        </w:rPr>
        <w:t>Por la presente, me permito recomendar ampliamente a:</w:t>
      </w:r>
    </w:p>
    <w:p>
      <w:r>
        <w:rPr>
          <w:b w:val="0"/>
          <w:sz w:val="20"/>
        </w:rPr>
        <w:t>Nombre de la persona recomendada: _____________________________________________________________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He tenido el placer de conocer a __________________________________________ durante los últimos ______ años, en los cuales hemos mantenido una relación de _____________________. Durante este tiempo, he podido constatar sus cualidades personales, su integridad y su responsabilidad en diversas situaciones.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__________________________________________ es una persona honesta, trabajadora y comprometida. Destaca por su trato cordial, su empatía y su disposición para ayudar a los demás. Ha demostrado ser alguien de confianza, puntual y con un alto sentido de la ética personal.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En ocasiones, ha colaborado activamente en _______________________, mostrando siempre una actitud positiva y proactiva. Su capacidad para resolver problemas y su actitud responsable la han hecho merecedora del respeto y aprecio de quienes la rodean.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Por todo lo anterior, considero que ____________________________ es una persona digna de toda confianza, y no tengo ninguna duda en recomendarla para cualquier actividad o responsabilidad que decida emprender.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Quedo a disposición para proporcionar cualquier información adicional que se requiera.</w:t>
      </w:r>
    </w:p>
    <w:p/>
    <w:p/>
    <w:p/>
    <w:p>
      <w:r>
        <w:rPr>
          <w:b w:val="0"/>
          <w:sz w:val="20"/>
        </w:rPr>
        <w:t>Atentamente,</w:t>
      </w:r>
    </w:p>
    <w:p/>
    <w:p/>
    <w:p/>
    <w:p>
      <w:r>
        <w:rPr>
          <w:b w:val="0"/>
          <w:sz w:val="20"/>
        </w:rPr>
        <w:t>Nombre de quien recomienda: _____________________________________</w:t>
      </w:r>
    </w:p>
    <w:p>
      <w:r>
        <w:rPr>
          <w:b w:val="0"/>
          <w:sz w:val="20"/>
        </w:rPr>
        <w:t>Firma: ________________________________</w:t>
      </w:r>
    </w:p>
    <w:p>
      <w:r>
        <w:rPr>
          <w:b w:val="0"/>
          <w:sz w:val="20"/>
        </w:rPr>
        <w:t>Teléfono de contacto: ________________________________</w:t>
      </w:r>
    </w:p>
    <w:p>
      <w:r>
        <w:rPr>
          <w:b w:val="0"/>
          <w:sz w:val="20"/>
        </w:rPr>
        <w:t>Correo electrónico: 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https://experto-administrativo.com/carta-de-recomendacion-personal/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de-recomendacion-personal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