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SUBROGACIÓN DE PRÉSTAMO HIPOTECARIO</w:t>
      </w:r>
    </w:p>
    <w:p/>
    <w:p>
      <w:r>
        <w:rPr>
          <w:b w:val="0"/>
          <w:sz w:val="20"/>
        </w:rPr>
        <w:t>Nombre del solicitante:</w:t>
      </w:r>
    </w:p>
    <w:p>
      <w:r>
        <w:rPr>
          <w:b w:val="0"/>
          <w:sz w:val="20"/>
        </w:rPr>
        <w:t>DNI/NIE:</w:t>
      </w:r>
    </w:p>
    <w:p>
      <w:r>
        <w:rPr>
          <w:b w:val="0"/>
          <w:sz w:val="20"/>
        </w:rPr>
        <w:t>Dirección:</w:t>
      </w:r>
    </w:p>
    <w:p>
      <w:r>
        <w:rPr>
          <w:b w:val="0"/>
          <w:sz w:val="20"/>
        </w:rPr>
        <w:t>Teléfono:</w:t>
      </w:r>
    </w:p>
    <w:p/>
    <w:p>
      <w:r>
        <w:rPr>
          <w:b w:val="0"/>
          <w:sz w:val="20"/>
        </w:rPr>
        <w:t>Entidad bancaria actual:</w:t>
      </w:r>
    </w:p>
    <w:p>
      <w:r>
        <w:rPr>
          <w:b w:val="0"/>
          <w:sz w:val="20"/>
        </w:rPr>
        <w:t>Sucursal / Oficina:</w:t>
      </w:r>
    </w:p>
    <w:p>
      <w:r>
        <w:rPr>
          <w:b w:val="0"/>
          <w:sz w:val="20"/>
        </w:rPr>
        <w:t>Dirección de la sucursal:</w:t>
      </w:r>
    </w:p>
    <w:p/>
    <w:p>
      <w:r>
        <w:rPr>
          <w:b w:val="0"/>
          <w:sz w:val="20"/>
        </w:rPr>
        <w:t>Entidad bancaria a la que se solicita la subrogación:</w:t>
      </w:r>
    </w:p>
    <w:p>
      <w:r>
        <w:rPr>
          <w:b w:val="0"/>
          <w:sz w:val="20"/>
        </w:rPr>
        <w:t>Sucursal / Oficina:</w:t>
      </w:r>
    </w:p>
    <w:p>
      <w:r>
        <w:rPr>
          <w:b w:val="0"/>
          <w:sz w:val="20"/>
        </w:rPr>
        <w:t>Dirección de la sucursal:</w:t>
      </w:r>
    </w:p>
    <w:p/>
    <w:p>
      <w:r>
        <w:rPr>
          <w:b w:val="0"/>
          <w:sz w:val="20"/>
        </w:rPr>
        <w:t>A la atención del responsable de la entidad bancaria</w:t>
      </w:r>
    </w:p>
    <w:p/>
    <w:p>
      <w:r>
        <w:rPr>
          <w:b w:val="0"/>
          <w:sz w:val="20"/>
        </w:rPr>
        <w:t xml:space="preserve">Por la presente, yo, </w:t>
      </w:r>
    </w:p>
    <w:p>
      <w:r>
        <w:rPr>
          <w:b/>
          <w:sz w:val="20"/>
        </w:rPr>
        <w:t>MANIFIESTO</w:t>
      </w:r>
    </w:p>
    <w:p>
      <w:r>
        <w:rPr>
          <w:b w:val="0"/>
          <w:sz w:val="20"/>
        </w:rPr>
        <w:t>Que soy titular del préstamo hipotecario suscrito con esa entidad, cuyas principales características se detallan a continuación:</w:t>
      </w:r>
    </w:p>
    <w:p>
      <w:r>
        <w:rPr>
          <w:b w:val="0"/>
          <w:sz w:val="20"/>
        </w:rPr>
        <w:t>- Número de préstamo:</w:t>
      </w:r>
    </w:p>
    <w:p>
      <w:r>
        <w:rPr>
          <w:b w:val="0"/>
          <w:sz w:val="20"/>
        </w:rPr>
        <w:t>- Fecha de formalización:</w:t>
      </w:r>
    </w:p>
    <w:p>
      <w:r>
        <w:rPr>
          <w:b w:val="0"/>
          <w:sz w:val="20"/>
        </w:rPr>
        <w:t>- Importe inicial:</w:t>
      </w:r>
    </w:p>
    <w:p>
      <w:r>
        <w:rPr>
          <w:b w:val="0"/>
          <w:sz w:val="20"/>
        </w:rPr>
        <w:t>- Importe pendiente de amortización:</w:t>
      </w:r>
    </w:p>
    <w:p>
      <w:r>
        <w:rPr>
          <w:b w:val="0"/>
          <w:sz w:val="20"/>
        </w:rPr>
        <w:t>- Tipo de interés actual:</w:t>
      </w:r>
    </w:p>
    <w:p>
      <w:r>
        <w:rPr>
          <w:b w:val="0"/>
          <w:sz w:val="20"/>
        </w:rPr>
        <w:t>- Plazo de vencimiento:</w:t>
      </w:r>
    </w:p>
    <w:p/>
    <w:p>
      <w:r>
        <w:rPr>
          <w:b w:val="0"/>
          <w:sz w:val="20"/>
        </w:rPr>
        <w:t>Que, conforme a lo previsto en la Ley 2/1994, de 30 de marzo, sobre subrogación y modificación de préstamos hipotecarios, y demás normativa aplicable, deseo solicitar la subrogación de mi préstamo hipotecario a favor de la entidad bancaria abajo indicada, que ha presentado una oferta vinculante de condiciones más beneficiosas para mi situación financiera.</w:t>
      </w:r>
    </w:p>
    <w:p/>
    <w:p>
      <w:r>
        <w:rPr>
          <w:b w:val="0"/>
          <w:sz w:val="20"/>
        </w:rPr>
        <w:t>En consecuencia, por medio de la presente carta, solicito formalmente:</w:t>
      </w:r>
    </w:p>
    <w:p>
      <w:r>
        <w:rPr>
          <w:b w:val="0"/>
          <w:sz w:val="20"/>
        </w:rPr>
        <w:t>1. Que se facilite a la entidad bancaria que suscribe la oferta vinculante toda la documentación e información necesaria relativa al préstamo hipotecario vigente, incluyendo las condiciones contractuales, cuadro de amortización actualizado y cualquier otro documento relevante requerido para la tramitación de la subrogación.</w:t>
      </w:r>
    </w:p>
    <w:p>
      <w:r>
        <w:rPr>
          <w:b w:val="0"/>
          <w:sz w:val="20"/>
        </w:rPr>
        <w:t>2. Que se remita, en su caso, la certificación de deuda pendiente a la entidad interesada en la subrogación, en los términos legalmente previstos.</w:t>
      </w:r>
    </w:p>
    <w:p>
      <w:r>
        <w:rPr>
          <w:b w:val="0"/>
          <w:sz w:val="20"/>
        </w:rPr>
        <w:t>3. Que se proceda a la liquidación y cancelación del préstamo hipotecario en el momento de la formalización de la subrogación y se libere la garantía hipotecaria una vez recibida la correspondiente comunicación de la nueva entidad y el pago de la deuda pendiente.</w:t>
      </w:r>
    </w:p>
    <w:p/>
    <w:p>
      <w:r>
        <w:rPr>
          <w:b w:val="0"/>
          <w:sz w:val="20"/>
        </w:rPr>
        <w:t>Agradezco de antemano su colaboración y quedo a la espera de sus indicaciones para continuar con el procedimiento, así como para cualquier notificación o documentación adicional que deba aportar.</w:t>
      </w:r>
    </w:p>
    <w:p/>
    <w:p>
      <w:r>
        <w:rPr>
          <w:b w:val="0"/>
          <w:sz w:val="20"/>
        </w:rPr>
        <w:t>Sin otro particular, le saluda atentamente,</w:t>
      </w:r>
    </w:p>
    <w:p/>
    <w:p/>
    <w:p/>
    <w:p>
      <w:r>
        <w:rPr>
          <w:b w:val="0"/>
          <w:sz w:val="20"/>
        </w:rPr>
        <w:t>Firma:</w:t>
      </w:r>
    </w:p>
    <w:p/>
    <w:p>
      <w:r>
        <w:rPr>
          <w:b w:val="0"/>
          <w:sz w:val="20"/>
        </w:rPr>
        <w:t>Nombre y apellidos: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https://experto-administrativo.com/carta-de-subrogacion-ejemplo/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de-subrogacion-ejemplo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