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CARTA DE DESPIDO DISCIPLINARIO POR AUSENCIAS INJUSTIFICADAS</w:t>
      </w:r>
    </w:p>
    <w:p/>
    <w:p>
      <w:r>
        <w:rPr>
          <w:b w:val="0"/>
          <w:sz w:val="20"/>
        </w:rPr>
        <w:t>A LA ATENCIÓN DE:</w:t>
      </w:r>
    </w:p>
    <w:p>
      <w:r>
        <w:rPr>
          <w:b w:val="0"/>
          <w:sz w:val="20"/>
        </w:rPr>
        <w:t>D./Dª</w:t>
      </w:r>
    </w:p>
    <w:p>
      <w:r>
        <w:rPr>
          <w:b w:val="0"/>
          <w:sz w:val="20"/>
        </w:rPr>
        <w:t>DNI/NIE:</w:t>
      </w:r>
    </w:p>
    <w:p>
      <w:r>
        <w:rPr>
          <w:b w:val="0"/>
          <w:sz w:val="20"/>
        </w:rPr>
        <w:t>Puesto de trabajo:</w:t>
      </w:r>
    </w:p>
    <w:p>
      <w:r>
        <w:rPr>
          <w:b w:val="0"/>
          <w:sz w:val="20"/>
        </w:rPr>
      </w:r>
    </w:p>
    <w:p>
      <w:r>
        <w:rPr>
          <w:b w:val="0"/>
          <w:sz w:val="20"/>
        </w:rPr>
        <w:t>Muy Sr./Sra. nuestro/a:</w:t>
      </w:r>
    </w:p>
    <w:p/>
    <w:p>
      <w:r>
        <w:rPr>
          <w:b w:val="0"/>
          <w:sz w:val="20"/>
        </w:rPr>
        <w:t>Por la presente, la empresa comunica su decisión de proceder a su DESPIDO DISCIPLINARIO con efectos desde la recepción de esta carta, en virtud de lo dispuesto en el artículo 54.2.a) del Estatuto de los Trabajadores, por la comisión de faltas graves y culpables consistentes en ausencias injustificadas al puesto de trabajo.</w:t>
      </w:r>
    </w:p>
    <w:p/>
    <w:p>
      <w:r>
        <w:rPr>
          <w:b w:val="0"/>
          <w:sz w:val="20"/>
        </w:rPr>
        <w:t>La empresa le imputa la comisión de las siguientes ausencias injustificadas, que se detallan a continuación:</w:t>
      </w:r>
    </w:p>
    <w:p>
      <w:r>
        <w:rPr>
          <w:b w:val="0"/>
          <w:sz w:val="20"/>
        </w:rPr>
        <w:t xml:space="preserve">- Día/s y turno/s de ausencia: </w:t>
      </w:r>
    </w:p>
    <w:p>
      <w:r>
        <w:rPr>
          <w:b w:val="0"/>
          <w:sz w:val="20"/>
        </w:rPr>
        <w:t xml:space="preserve">- Justificación aportada: </w:t>
      </w:r>
    </w:p>
    <w:p>
      <w:r>
        <w:rPr>
          <w:b w:val="0"/>
          <w:sz w:val="20"/>
        </w:rPr>
        <w:t xml:space="preserve">- Observaciones: </w:t>
      </w:r>
    </w:p>
    <w:p/>
    <w:p>
      <w:r>
        <w:rPr>
          <w:b w:val="0"/>
          <w:sz w:val="20"/>
        </w:rPr>
        <w:t>Dichas ausencias han quedado debidamente constatadas y no han sido justificadas de forma adecuada, a pesar de los requerimientos efectuados por la empresa.</w:t>
      </w:r>
    </w:p>
    <w:p/>
    <w:p>
      <w:r>
        <w:rPr>
          <w:b w:val="0"/>
          <w:sz w:val="20"/>
        </w:rPr>
        <w:t>La reiteración de estas faltas supone un incumplimiento grave y culpable de sus obligaciones laborales, tipificadas como causa de despido disciplinario en el artículo 54 del Estatuto de los Trabajadores. La gravedad de las ausencias imputadas, así como la reiteración de las mismas, hacen inviable la continuidad de la relación laboral.</w:t>
      </w:r>
    </w:p>
    <w:p/>
    <w:p>
      <w:r>
        <w:rPr>
          <w:b w:val="0"/>
          <w:sz w:val="20"/>
        </w:rPr>
        <w:t>En consecuencia, la empresa ha decidido proceder a la extinción de su contrato de trabajo por causa disciplinaria, con efectos desde la recepción de la presente comunicación.</w:t>
      </w:r>
    </w:p>
    <w:p/>
    <w:p>
      <w:r>
        <w:rPr>
          <w:b w:val="0"/>
          <w:sz w:val="20"/>
        </w:rPr>
        <w:t>Se encuentra a su disposición el finiquito correspondiente, en el que se incluyen las cantidades devengadas hasta la fecha, deducidas las retenciones legales oportunas, así como el certificado de empresa y la documentación legalmente exigible.</w:t>
      </w:r>
    </w:p>
    <w:p/>
    <w:p>
      <w:r>
        <w:rPr>
          <w:b w:val="0"/>
          <w:sz w:val="20"/>
        </w:rPr>
        <w:t>Contra esta decisión puede usted interponer la correspondiente demanda ante el Juzgado de lo Social competente, en el plazo de 20 días hábiles desde la recepción de la presente.</w:t>
      </w:r>
    </w:p>
    <w:p/>
    <w:p>
      <w:r>
        <w:rPr>
          <w:b w:val="0"/>
          <w:sz w:val="20"/>
        </w:rPr>
        <w:t>Sin otro particular, reciba un cordial saludo.</w:t>
      </w:r>
    </w:p>
    <w:p/>
    <w:p/>
    <w:p>
      <w:r>
        <w:rPr>
          <w:b/>
          <w:sz w:val="20"/>
        </w:rPr>
        <w:t>Por la empresa</w:t>
      </w:r>
    </w:p>
    <w:p/>
    <w:p/>
    <w:p/>
    <w:p>
      <w:r>
        <w:rPr>
          <w:b w:val="0"/>
          <w:sz w:val="20"/>
        </w:rPr>
        <w:t>Firma y sello de la empresa</w:t>
      </w:r>
    </w:p>
    <w:p/>
    <w:p/>
    <w:p>
      <w:r>
        <w:rPr>
          <w:b w:val="0"/>
          <w:sz w:val="20"/>
        </w:rPr>
        <w:t>Recibí el trabajador/a:</w:t>
      </w:r>
    </w:p>
    <w:p/>
    <w:p/>
    <w:p>
      <w:r>
        <w:rPr>
          <w:b w:val="0"/>
          <w:sz w:val="20"/>
        </w:rPr>
        <w:t>Firma del trabajador/a</w:t>
      </w:r>
    </w:p>
    <w:p>
      <w:r>
        <w:br w:type="page"/>
      </w:r>
    </w:p>
    <w:p>
      <w:pPr>
        <w:jc w:val="center"/>
      </w:pPr>
      <w:r>
        <w:rPr>
          <w:color w:val="555555"/>
          <w:sz w:val="24"/>
        </w:rPr>
        <w:t>Fuente original del documento:</w:t>
      </w:r>
    </w:p>
    <w:p>
      <w:pPr>
        <w:jc w:val="center"/>
      </w:pPr>
      <w:hyperlink r:id="rId9">
        <w:r>
          <w:rPr>
            <w:color w:val="0000FF"/>
            <w:u w:val="single"/>
          </w:rPr>
          <w:t>https://experto-administrativo.com/carta-despido-disciplinario-por-ausencias-injustificadas/</w:t>
        </w:r>
      </w:hyperlink>
    </w:p>
    <w:p>
      <w:pPr>
        <w:jc w:val="center"/>
      </w:pPr>
      <w:r>
        <w:rPr>
          <w:color w:val="555555"/>
          <w:sz w:val="26"/>
        </w:rPr>
        <w:t>¿Te ha resultado útil esta plantilla?</w:t>
      </w:r>
    </w:p>
    <w:p>
      <w:pPr>
        <w:jc w:val="center"/>
      </w:pPr>
      <w:r>
        <w:rPr>
          <w:color w:val="555555"/>
          <w:sz w:val="26"/>
        </w:rPr>
        <w:t>Descubre más documentos actualizados en:</w:t>
      </w:r>
    </w:p>
    <w:p>
      <w:pPr>
        <w:jc w:val="center"/>
      </w:pPr>
      <w:hyperlink r:id="rId10">
        <w:r>
          <w:rPr>
            <w:color w:val="0000FF"/>
            <w:u w:val="single"/>
          </w:rPr>
          <w:t>https://experto-administrativo.com</w:t>
        </w:r>
      </w:hyperlink>
    </w:p>
    <w:p>
      <w:pPr>
        <w:jc w:val="center"/>
      </w:pPr>
      <w:r>
        <w:rPr>
          <w:color w:val="808080"/>
          <w:sz w:val="20"/>
        </w:rPr>
        <w:t>Plantilla de uso personal y gratuito. Prohibido su uso comercial.</w:t>
        <w:br/>
        <w:t>Si se comparte o publica, debe mencionarse la fuente. © experto-administrativo.com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o-administrativo.com/carta-despido-disciplinario-por-ausencias-injustificadas/" TargetMode="External"/><Relationship Id="rId10" Type="http://schemas.openxmlformats.org/officeDocument/2006/relationships/hyperlink" Target="https://experto-administrativ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