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DESPIDO IMPROCEDENTE SIN PREAVISO</w:t>
      </w:r>
    </w:p>
    <w:p/>
    <w:p/>
    <w:p>
      <w:r>
        <w:rPr>
          <w:b w:val="0"/>
          <w:sz w:val="20"/>
        </w:rPr>
        <w:t>A la atención de D./Dña.: ________________________________________________________</w:t>
      </w:r>
    </w:p>
    <w:p>
      <w:r>
        <w:rPr>
          <w:b w:val="0"/>
          <w:sz w:val="20"/>
        </w:rPr>
        <w:t>DNI/NIE: ____________________________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/>
    <w:p>
      <w:r>
        <w:rPr>
          <w:b w:val="0"/>
          <w:sz w:val="20"/>
        </w:rPr>
        <w:t>Por la presente, le comunicamos que la empresa __________________________ con CIF ______________ y domicilio social en _____________________________________________________, ha decidido proceder a la extinción de su contrato de trabajo con efectos desde el mismo día de la entrega de esta carta.</w:t>
      </w:r>
    </w:p>
    <w:p/>
    <w:p>
      <w:r>
        <w:rPr>
          <w:b w:val="0"/>
          <w:sz w:val="20"/>
        </w:rPr>
        <w:t>La presente comunicación se realiza sin preaviso, de conformidad con lo dispuesto en el artículo 53.1.c) y 55 del Estatuto de los Trabajadores, por causas objetivas que esta empresa considera improcedentes a los efectos legales oportunos.</w:t>
      </w:r>
    </w:p>
    <w:p/>
    <w:p>
      <w:r>
        <w:rPr>
          <w:b w:val="0"/>
          <w:sz w:val="20"/>
        </w:rPr>
        <w:t>En consecuencia, la relación laboral que venía manteniendo con esta empresa queda extinguida a partir de la fecha de la presente comunicación, poniéndose a su disposición la liquidación correspondiente a sus haberes, partes proporcionales de pagas extraordinarias, vacaciones devengadas y no disfrutadas, así como cualquier otra cantidad que pudiera corresponderle.</w:t>
      </w:r>
    </w:p>
    <w:p/>
    <w:p>
      <w:r>
        <w:rPr>
          <w:b w:val="0"/>
          <w:sz w:val="20"/>
        </w:rPr>
        <w:t>Asimismo, se le informa que se pone a su disposición la indemnización establecida legalmente para el caso de despido improcedente, calculada conforme a la normativa vigente.</w:t>
      </w:r>
    </w:p>
    <w:p/>
    <w:p>
      <w:r>
        <w:rPr>
          <w:b w:val="0"/>
          <w:sz w:val="20"/>
        </w:rPr>
        <w:t>Se adjunta el documento de liquidación y finiquito, así como el certificado de empresa y el resto de documentación necesaria para la tramitación de la prestación por desempleo ante el Servicio Público de Empleo Estatal (SEPE).</w:t>
      </w:r>
    </w:p>
    <w:p/>
    <w:p>
      <w:r>
        <w:rPr>
          <w:b w:val="0"/>
          <w:sz w:val="20"/>
        </w:rPr>
        <w:t>Le recordamos que tiene derecho a impugnar esta decisión ante la jurisdicción social en el plazo de veinte días hábiles contados a partir del día siguiente a la recepción de la presente notificación.</w:t>
      </w:r>
    </w:p>
    <w:p/>
    <w:p/>
    <w:p>
      <w:r>
        <w:rPr>
          <w:b/>
          <w:sz w:val="20"/>
        </w:rPr>
        <w:t>Recibí del trabajador/a</w:t>
      </w:r>
    </w:p>
    <w:p/>
    <w:p/>
    <w:p/>
    <w:p>
      <w:r>
        <w:rPr>
          <w:b w:val="0"/>
          <w:sz w:val="20"/>
        </w:rPr>
        <w:t>Firma: _____________________________</w:t>
      </w:r>
    </w:p>
    <w:p/>
    <w:p/>
    <w:p>
      <w:r>
        <w:rPr>
          <w:b/>
          <w:sz w:val="20"/>
        </w:rPr>
        <w:t>Por la empresa</w:t>
      </w:r>
    </w:p>
    <w:p/>
    <w:p/>
    <w:p/>
    <w:p>
      <w:r>
        <w:rPr>
          <w:b w:val="0"/>
          <w:sz w:val="20"/>
        </w:rPr>
        <w:t>Firma: _____________________________</w:t>
      </w:r>
    </w:p>
    <w:p/>
    <w:p>
      <w:r>
        <w:rPr>
          <w:b w:val="0"/>
          <w:sz w:val="20"/>
        </w:rPr>
        <w:t>Sello de la empresa: 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https://experto-administrativo.com/carta-despido-improcedente-sin-preaviso/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spido-improcedente-sin-preavis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