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CONFIRMACIÓN DE DEUDA SALDADA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Nombre de la entidad acreedora</w:t>
      </w:r>
    </w:p>
    <w:p>
      <w:r>
        <w:rPr>
          <w:b w:val="0"/>
          <w:sz w:val="20"/>
        </w:rPr>
        <w:t>Domicilio de la entidad acreedora</w:t>
      </w:r>
    </w:p>
    <w:p/>
    <w:p/>
    <w:p>
      <w:r>
        <w:rPr>
          <w:b w:val="0"/>
          <w:sz w:val="20"/>
        </w:rPr>
        <w:t xml:space="preserve">Yo, </w:t>
      </w:r>
    </w:p>
    <w:p>
      <w:r>
        <w:rPr>
          <w:b w:val="0"/>
          <w:sz w:val="20"/>
        </w:rPr>
        <w:t xml:space="preserve">con DNI/NIE número </w:t>
      </w:r>
    </w:p>
    <w:p>
      <w:r>
        <w:rPr>
          <w:b w:val="0"/>
          <w:sz w:val="20"/>
        </w:rPr>
        <w:t xml:space="preserve">y domicilio en </w:t>
      </w:r>
    </w:p>
    <w:p>
      <w:r>
        <w:rPr>
          <w:b/>
          <w:sz w:val="20"/>
        </w:rPr>
        <w:t>EXPONGO:</w:t>
      </w:r>
    </w:p>
    <w:p>
      <w:r>
        <w:rPr>
          <w:b w:val="0"/>
          <w:sz w:val="20"/>
        </w:rPr>
        <w:t xml:space="preserve">Que en su día suscribí con esa entidad un contrato de préstamo/crédito identificado con el número </w:t>
      </w:r>
    </w:p>
    <w:p>
      <w:r>
        <w:rPr>
          <w:b w:val="0"/>
          <w:sz w:val="20"/>
        </w:rPr>
        <w:t>Que a fecha de hoy he satisfecho íntegramente la totalidad de la deuda pendiente derivada del mencionado contrato, incluyendo el principal, intereses, comisiones y cualquier otro concepto aplicable.</w:t>
      </w:r>
    </w:p>
    <w:p>
      <w:r>
        <w:rPr>
          <w:b/>
          <w:sz w:val="20"/>
        </w:rPr>
        <w:t>Por ello, SOLICITO:</w:t>
      </w:r>
    </w:p>
    <w:p>
      <w:r>
        <w:rPr>
          <w:b w:val="0"/>
          <w:sz w:val="20"/>
        </w:rPr>
        <w:t>Que se expida por parte de esa entidad certificación escrita y firmada acreditando que la deuda se encuentra saldada y que no existe importe alguno pendiente de pago por ningún concepto relacionado con el contrato referido.</w:t>
      </w:r>
    </w:p>
    <w:p>
      <w:r>
        <w:rPr>
          <w:b w:val="0"/>
          <w:sz w:val="20"/>
        </w:rPr>
        <w:t>Asimismo, solicito que, en caso de que mis datos personales hayan sido incluidos en ficheros de solvencia patrimonial a causa de la referida deuda, se proceda de inmediato a su cancelación, notificando dicha cancelación a los responsables de los citados ficheros, conforme a la legislación vigente.</w:t>
      </w:r>
    </w:p>
    <w:p/>
    <w:p/>
    <w:p>
      <w:r>
        <w:rPr>
          <w:b w:val="0"/>
          <w:sz w:val="20"/>
        </w:rPr>
        <w:t>Sin otro particular, agradezco de antemano su colaboración y quedo a la espera de su confirmación por escrito.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Firma:</w:t>
      </w:r>
    </w:p>
    <w:p>
      <w:r>
        <w:rPr>
          <w:b w:val="0"/>
          <w:sz w:val="20"/>
        </w:rPr>
        <w:t>Nombre completo del solicitante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https://experto-administrativo.com/carta-deuda-saldada/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uda-saldad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