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DIRIGIDA AL JUEZ</w:t>
      </w:r>
    </w:p>
    <w:p/>
    <w:p/>
    <w:p>
      <w:r>
        <w:rPr>
          <w:b w:val="0"/>
          <w:sz w:val="20"/>
        </w:rPr>
        <w:t>Ilmo./Ilma. Sr./Sra. Juez/Jueza del Juzgado de ____________________________</w:t>
      </w:r>
    </w:p>
    <w:p/>
    <w:p/>
    <w:p>
      <w:r>
        <w:rPr>
          <w:b w:val="0"/>
          <w:sz w:val="20"/>
        </w:rPr>
        <w:t>Yo, D./Dña. ________________________________________________________, mayor de edad, con DNI/NIE número _______________________, y domicilio en ___________________________________________________________, comparezco y, como mejor proceda en Derecho, DIGO:</w:t>
      </w:r>
    </w:p>
    <w:p/>
    <w:p/>
    <w:p>
      <w:r>
        <w:rPr>
          <w:b w:val="0"/>
          <w:sz w:val="20"/>
        </w:rPr>
        <w:t>Por medio de la presente carta me dirijo a ese Juzgado para exponer los siguientes hechos y fundamentos que considero relevantes para la causa que se sigue bajo el número de autos _______________________:</w:t>
      </w:r>
    </w:p>
    <w:p/>
    <w:p>
      <w:r>
        <w:rPr>
          <w:b w:val="0"/>
          <w:sz w:val="20"/>
        </w:rPr>
        <w:t>PRIMERO.- _________________________________________________________________________________________________________________________________________________________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___________________________________________________________________________________________________________________________________________________________________</w:t>
      </w:r>
    </w:p>
    <w:p/>
    <w:p>
      <w:r>
        <w:rPr>
          <w:b w:val="0"/>
          <w:sz w:val="20"/>
        </w:rPr>
        <w:t>SEGUNDO.- ________________________________________________________________________________________________________________________________________________________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___________________________________________________________________________________________________________________________________________________________________</w:t>
      </w:r>
    </w:p>
    <w:p/>
    <w:p>
      <w:r>
        <w:rPr>
          <w:b w:val="0"/>
          <w:sz w:val="20"/>
        </w:rPr>
        <w:t>TERCERO.- _________________________________________________________________________________________________________________________________________________________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___________________________________________________________________________________________________________________________________________________________________</w:t>
      </w:r>
    </w:p>
    <w:p/>
    <w:p/>
    <w:p>
      <w:r>
        <w:rPr>
          <w:b w:val="0"/>
          <w:sz w:val="20"/>
        </w:rPr>
        <w:t>Por todo lo expuesto, SOLICITO al Juzgado que tenga por presentada esta carta, la admita y tenga por realizadas las manifestaciones contenidas en la misma a los efectos oportunos.</w:t>
      </w:r>
    </w:p>
    <w:p/>
    <w:p/>
    <w:p>
      <w:r>
        <w:rPr>
          <w:b w:val="0"/>
          <w:sz w:val="20"/>
        </w:rPr>
        <w:t>En ____________________________</w:t>
      </w:r>
    </w:p>
    <w:p/>
    <w:p/>
    <w:p>
      <w:r>
        <w:rPr>
          <w:b w:val="0"/>
          <w:sz w:val="20"/>
        </w:rPr>
        <w:t>Fdo.: _____________________________________________________</w:t>
      </w:r>
    </w:p>
    <w:p/>
    <w:p/>
    <w:p>
      <w:r>
        <w:rPr>
          <w:b w:val="0"/>
          <w:sz w:val="20"/>
        </w:rPr>
        <w:t>A LA ATENCIÓN DEL JUZGADO DE _______________________________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https://experto-administrativo.com/carta-dirigida-a-un-juez/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irigida-a-un-juez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