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CARTA DIRIGIDA A PROPIETARIO POR MOLESTIAS DE RUIDOS</w:t>
      </w:r>
    </w:p>
    <w:p/>
    <w:p>
      <w:r>
        <w:rPr>
          <w:b/>
          <w:sz w:val="20"/>
        </w:rPr>
        <w:t>Sr./Sra. Propietario/a del inmueble sito en _____________________________</w:t>
      </w:r>
    </w:p>
    <w:p>
      <w:r>
        <w:rPr>
          <w:b w:val="0"/>
          <w:sz w:val="20"/>
        </w:rPr>
        <w:t>D./Dña. _____________________________________________________________</w:t>
      </w:r>
    </w:p>
    <w:p>
      <w:r>
        <w:rPr>
          <w:b w:val="0"/>
          <w:sz w:val="20"/>
        </w:rPr>
        <w:t>Domicilio: __________________________________________________________</w:t>
      </w:r>
    </w:p>
    <w:p/>
    <w:p>
      <w:r>
        <w:rPr>
          <w:b/>
          <w:sz w:val="20"/>
        </w:rPr>
        <w:t>De: D./Dña. _________________________________________________________</w:t>
      </w:r>
    </w:p>
    <w:p>
      <w:r>
        <w:rPr>
          <w:b w:val="0"/>
          <w:sz w:val="20"/>
        </w:rPr>
        <w:t>Domicilio: __________________________________________________________</w:t>
      </w:r>
    </w:p>
    <w:p>
      <w:r>
        <w:rPr>
          <w:b w:val="0"/>
          <w:sz w:val="20"/>
        </w:rPr>
        <w:t>Teléfono: ___________________________________________________________</w:t>
      </w:r>
    </w:p>
    <w:p/>
    <w:p>
      <w:r>
        <w:rPr>
          <w:b w:val="0"/>
          <w:sz w:val="20"/>
        </w:rPr>
        <w:t>Muy Sr./Sra. mío/a:</w:t>
      </w:r>
    </w:p>
    <w:p/>
    <w:p>
      <w:r>
        <w:rPr>
          <w:b w:val="0"/>
          <w:sz w:val="20"/>
        </w:rPr>
        <w:t>Por la presente, me dirijo a usted en calidad de vecino/a y copropietario/a en la comunidad de propietarios de la finca situada en la dirección arriba indicada, con el fin de poner en su conocimiento una situación que afecta a la convivencia y tranquilidad de quienes residimos en este inmueble.</w:t>
      </w:r>
    </w:p>
    <w:p/>
    <w:p>
      <w:r>
        <w:rPr>
          <w:b w:val="0"/>
          <w:sz w:val="20"/>
        </w:rPr>
        <w:t>Desde hace un tiempo, se vienen produciendo ruidos procedentes de su propiedad, que superan los niveles habituales de la vida en comunidad. Estos ruidos se producen en horarios que alteran el descanso y la normal convivencia, generando molestias reiteradas y dificultando el derecho al descanso y a la tranquilidad que nos corresponde como residentes.</w:t>
      </w:r>
    </w:p>
    <w:p/>
    <w:p>
      <w:r>
        <w:rPr>
          <w:b w:val="0"/>
          <w:sz w:val="20"/>
        </w:rPr>
        <w:t>En diversas ocasiones, se ha percibido música en alto volumen, golpes, arrastres de muebles y otras actividades ruidosas que, en ocasiones, se extienden hasta altas horas de la noche. Esta situación ha sido observada por varios vecinos, quienes también han manifestado su malestar ante tales hechos.</w:t>
      </w:r>
    </w:p>
    <w:p/>
    <w:p>
      <w:r>
        <w:rPr>
          <w:b w:val="0"/>
          <w:sz w:val="20"/>
        </w:rPr>
        <w:t>Le ruego considere la importancia de respetar las normas de convivencia y los horarios de descanso establecidos en la normativa municipal y en los estatutos de la comunidad, con el fin de evitar perjuicios y preservar una buena relación vecinal.</w:t>
      </w:r>
    </w:p>
    <w:p/>
    <w:p>
      <w:r>
        <w:rPr>
          <w:b w:val="0"/>
          <w:sz w:val="20"/>
        </w:rPr>
        <w:t>Le solicito que adopte las medidas oportunas para evitar que se repitan estas situaciones y, en caso de que el origen del ruido sea ajeno a su voluntad, le agradecería que lo comunique a las personas responsables o, en su caso, a los inquilinos de su vivienda.</w:t>
      </w:r>
    </w:p>
    <w:p/>
    <w:p>
      <w:r>
        <w:rPr>
          <w:b w:val="0"/>
          <w:sz w:val="20"/>
        </w:rPr>
        <w:t>Confiando en su comprensión y buena disposición para solucionar este problema, quedo a la espera de sus noticias y agradezco de antemano su colaboración.</w:t>
      </w:r>
    </w:p>
    <w:p/>
    <w:p>
      <w:r>
        <w:rPr>
          <w:b w:val="0"/>
          <w:sz w:val="20"/>
        </w:rPr>
        <w:t>Atentamente,</w:t>
      </w:r>
    </w:p>
    <w:p/>
    <w:p/>
    <w:p/>
    <w:p>
      <w:r>
        <w:rPr>
          <w:b w:val="0"/>
          <w:sz w:val="20"/>
        </w:rPr>
        <w:t>Firma: _________________________</w:t>
      </w:r>
    </w:p>
    <w:p/>
    <w:p>
      <w:r>
        <w:rPr>
          <w:b w:val="0"/>
          <w:sz w:val="20"/>
        </w:rPr>
        <w:t>Nombre: ________________________</w:t>
      </w:r>
    </w:p>
    <w:p>
      <w:r>
        <w:br w:type="page"/>
      </w:r>
    </w:p>
    <w:p>
      <w:pPr>
        <w:jc w:val="center"/>
      </w:pPr>
      <w:r>
        <w:rPr>
          <w:color w:val="555555"/>
          <w:sz w:val="24"/>
        </w:rPr>
        <w:t>Fuente original del documento:</w:t>
      </w:r>
    </w:p>
    <w:p>
      <w:pPr>
        <w:jc w:val="center"/>
      </w:pPr>
      <w:hyperlink r:id="rId9">
        <w:r>
          <w:rPr>
            <w:color w:val="0000FF"/>
            <w:u w:val="single"/>
          </w:rPr>
          <w:t>https://experto-administrativo.com/carta-dirigida-a-un-propietario-por-los-ruidos/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carta-dirigida-a-un-propietario-por-los-ruidos/"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