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CARTA DIRIGIDA AL PRESIDENTE DE LA COMUNIDAD DE PROPIETARIOS</w:t>
      </w:r>
    </w:p>
    <w:p/>
    <w:p>
      <w:r>
        <w:rPr>
          <w:b/>
          <w:sz w:val="20"/>
        </w:rPr>
        <w:t>Remitente:</w:t>
      </w:r>
    </w:p>
    <w:p>
      <w:r>
        <w:rPr>
          <w:b w:val="0"/>
          <w:sz w:val="20"/>
        </w:rPr>
        <w:t>D./Dña. _____________________________________________________________</w:t>
      </w:r>
    </w:p>
    <w:p>
      <w:r>
        <w:rPr>
          <w:b w:val="0"/>
          <w:sz w:val="20"/>
        </w:rPr>
        <w:t>Propietario/a de la vivienda/local: _________________________________</w:t>
      </w:r>
    </w:p>
    <w:p>
      <w:r>
        <w:rPr>
          <w:b w:val="0"/>
          <w:sz w:val="20"/>
        </w:rPr>
        <w:t>Dirección: ________________________________________________________</w:t>
      </w:r>
    </w:p>
    <w:p>
      <w:r>
        <w:rPr>
          <w:b w:val="0"/>
          <w:sz w:val="20"/>
        </w:rPr>
        <w:t>Teléfono: _______________________  Email: _________________________</w:t>
      </w:r>
    </w:p>
    <w:p/>
    <w:p>
      <w:r>
        <w:rPr>
          <w:b/>
          <w:sz w:val="20"/>
        </w:rPr>
        <w:t>Sr./Sra. Presidente/a de la Comunidad de Propietarios</w:t>
      </w:r>
    </w:p>
    <w:p>
      <w:r>
        <w:rPr>
          <w:b w:val="0"/>
          <w:sz w:val="20"/>
        </w:rPr>
        <w:t>Comunidad de Propietarios: _________________________________________</w:t>
      </w:r>
    </w:p>
    <w:p>
      <w:r>
        <w:rPr>
          <w:b w:val="0"/>
          <w:sz w:val="20"/>
        </w:rPr>
        <w:t>Dirección de la Comunidad: _________________________________________</w:t>
      </w:r>
    </w:p>
    <w:p/>
    <w:p>
      <w:r>
        <w:rPr>
          <w:b/>
          <w:sz w:val="20"/>
        </w:rPr>
        <w:t>Estimado/a Sr./Sra. Presidente/a:</w:t>
      </w:r>
    </w:p>
    <w:p/>
    <w:p>
      <w:r>
        <w:rPr>
          <w:b w:val="0"/>
          <w:sz w:val="20"/>
        </w:rPr>
        <w:t>Me dirijo a usted en calidad de propietario/a del inmueble anteriormente indicado, sito en la Comunidad de Propietarios referenciada, con el fin de poner en su conocimiento lo siguiente:</w:t>
      </w:r>
    </w:p>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val="0"/>
          <w:sz w:val="20"/>
        </w:rPr>
        <w:t>Por todo lo expuesto, solicito que se tenga en cuenta lo anterior y, en la medida de lo posible, se adopten las medidas oportunas para su resolución. Asimismo, solicito que esta comunicación sea incorporada al acta de la próxima Junta de Propietarios.</w:t>
      </w:r>
    </w:p>
    <w:p/>
    <w:p>
      <w:r>
        <w:rPr>
          <w:b w:val="0"/>
          <w:sz w:val="20"/>
        </w:rPr>
        <w:t>Quedo a su disposición para cualquier aclaración o información adicional que precise.</w:t>
      </w:r>
    </w:p>
    <w:p/>
    <w:p>
      <w:r>
        <w:rPr>
          <w:b w:val="0"/>
          <w:sz w:val="20"/>
        </w:rPr>
        <w:t>Sin otro particular, le saluda atentamente,</w:t>
      </w:r>
    </w:p>
    <w:p/>
    <w:p/>
    <w:p>
      <w:r>
        <w:rPr>
          <w:b w:val="0"/>
          <w:sz w:val="20"/>
        </w:rPr>
        <w:t>Firma: _________________________</w:t>
      </w:r>
    </w:p>
    <w:p/>
    <w:p>
      <w:r>
        <w:rPr>
          <w:b w:val="0"/>
          <w:sz w:val="20"/>
        </w:rPr>
        <w:t>Nombre: ________________________</w:t>
      </w:r>
    </w:p>
    <w:p/>
    <w:p>
      <w:r>
        <w:rPr>
          <w:b w:val="0"/>
          <w:sz w:val="20"/>
        </w:rPr>
        <w:t>DNI/NIE: _______________________</w:t>
      </w:r>
    </w:p>
    <w:p>
      <w:r>
        <w:br w:type="page"/>
      </w:r>
    </w:p>
    <w:p>
      <w:pPr>
        <w:jc w:val="center"/>
      </w:pPr>
      <w:r>
        <w:rPr>
          <w:color w:val="555555"/>
          <w:sz w:val="24"/>
        </w:rPr>
        <w:t>Fuente original del documento:</w:t>
      </w:r>
    </w:p>
    <w:p>
      <w:pPr>
        <w:jc w:val="center"/>
      </w:pPr>
      <w:hyperlink r:id="rId9">
        <w:r>
          <w:rPr>
            <w:color w:val="0000FF"/>
            <w:u w:val="single"/>
          </w:rPr>
          <w:t>https://experto-administrativo.com/carta-dirigida-al-presidente-de-la-comunidad-de-propietarios/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carta-dirigida-al-presidente-de-la-comunidad-de-propietario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