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ENTREGA DE INMUEBLE</w:t>
      </w:r>
    </w:p>
    <w:p/>
    <w:p/>
    <w:p>
      <w:r>
        <w:rPr>
          <w:b/>
          <w:sz w:val="20"/>
        </w:rPr>
        <w:t>ENTREGANTE:</w:t>
      </w:r>
    </w:p>
    <w:p>
      <w:r>
        <w:rPr>
          <w:b w:val="0"/>
          <w:sz w:val="20"/>
        </w:rPr>
        <w:t>D./Dña.: _______________________________________________________________</w:t>
      </w:r>
    </w:p>
    <w:p>
      <w:r>
        <w:rPr>
          <w:b w:val="0"/>
          <w:sz w:val="20"/>
        </w:rPr>
        <w:t>DNI/NIE: _________________________</w:t>
      </w:r>
    </w:p>
    <w:p>
      <w:r>
        <w:rPr>
          <w:b w:val="0"/>
          <w:sz w:val="20"/>
        </w:rPr>
        <w:t>Domicilio: _____________________________________________________________</w:t>
      </w:r>
    </w:p>
    <w:p/>
    <w:p>
      <w:r>
        <w:rPr>
          <w:b/>
          <w:sz w:val="20"/>
        </w:rPr>
        <w:t>ENTREGADO (RECEPTOR):</w:t>
      </w:r>
    </w:p>
    <w:p>
      <w:r>
        <w:rPr>
          <w:b w:val="0"/>
          <w:sz w:val="20"/>
        </w:rPr>
        <w:t>D./Dña.: _______________________________________________________________</w:t>
      </w:r>
    </w:p>
    <w:p>
      <w:r>
        <w:rPr>
          <w:b w:val="0"/>
          <w:sz w:val="20"/>
        </w:rPr>
        <w:t>DNI/NIE: _________________________</w:t>
      </w:r>
    </w:p>
    <w:p>
      <w:r>
        <w:rPr>
          <w:b w:val="0"/>
          <w:sz w:val="20"/>
        </w:rPr>
        <w:t>Domicilio: _____________________________________________________________</w:t>
      </w:r>
    </w:p>
    <w:p/>
    <w:p/>
    <w:p>
      <w:r>
        <w:rPr>
          <w:b/>
          <w:sz w:val="20"/>
        </w:rPr>
        <w:t>INMUEBLE OBJETO DE ENTREGA:</w:t>
      </w:r>
    </w:p>
    <w:p>
      <w:r>
        <w:rPr>
          <w:b w:val="0"/>
          <w:sz w:val="20"/>
        </w:rPr>
        <w:t>Dirección: ______________________________________________________________</w:t>
      </w:r>
    </w:p>
    <w:p>
      <w:r>
        <w:rPr>
          <w:b w:val="0"/>
          <w:sz w:val="20"/>
        </w:rPr>
        <w:t>Referencia catastral: _________________________________________________</w:t>
      </w:r>
    </w:p>
    <w:p>
      <w:r>
        <w:rPr>
          <w:b w:val="0"/>
          <w:sz w:val="20"/>
        </w:rPr>
        <w:t>Superficie: _______________ m²</w:t>
      </w:r>
    </w:p>
    <w:p>
      <w:r>
        <w:rPr>
          <w:b w:val="0"/>
          <w:sz w:val="20"/>
        </w:rPr>
        <w:t>Descripción: ___________________________________________________________</w:t>
      </w:r>
    </w:p>
    <w:p/>
    <w:p/>
    <w:p>
      <w:r>
        <w:rPr>
          <w:b w:val="0"/>
          <w:sz w:val="20"/>
        </w:rPr>
        <w:t>Por la presente, el/la abajo firmante, en calidad de entregante, hace entrega del inmueble identificado anteriormente al receptor, quien lo recibe en este acto.</w:t>
      </w:r>
    </w:p>
    <w:p/>
    <w:p>
      <w:r>
        <w:rPr>
          <w:b w:val="0"/>
          <w:sz w:val="20"/>
        </w:rPr>
        <w:t>Ambas partes manifiestan que el estado del inmueble es el siguiente: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  <w:sz w:val="20"/>
        </w:rPr>
        <w:t>Las partes acuerdan que la entrega se realiza junto con las siguientes llaves y accesorios:</w:t>
      </w:r>
    </w:p>
    <w:p>
      <w:r>
        <w:rPr>
          <w:b w:val="0"/>
          <w:sz w:val="20"/>
        </w:rPr>
        <w:t>Llaves: _______________________________________________________________</w:t>
      </w:r>
    </w:p>
    <w:p>
      <w:r>
        <w:rPr>
          <w:b w:val="0"/>
          <w:sz w:val="20"/>
        </w:rPr>
        <w:t>Accesorios: ___________________________________________________________</w:t>
      </w:r>
    </w:p>
    <w:p/>
    <w:p>
      <w:r>
        <w:rPr>
          <w:b w:val="0"/>
          <w:sz w:val="20"/>
        </w:rPr>
        <w:t>Se hace constar que la entrega se realiza libre de ocupantes y de bienes muebles ajenos, salvo los siguientes: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  <w:sz w:val="20"/>
        </w:rPr>
        <w:t>En este acto, el receptor declara haber inspeccionado el inmueble y estar conforme con el estado y condiciones del mismo, aceptando la entrega y recibiendo las llaves y accesorios relacionados.</w:t>
      </w:r>
    </w:p>
    <w:p/>
    <w:p>
      <w:r>
        <w:rPr>
          <w:b w:val="0"/>
          <w:sz w:val="20"/>
        </w:rPr>
        <w:t>Ambas partes firman la presente carta de entrega en prueba de conformidad y recibí, quedando cada una de ellas en posesión de un ejemplar debidamente firmado.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EL/LA ENTREGANTE</w:t>
            </w:r>
          </w:p>
        </w:tc>
        <w:tc>
          <w:tcPr>
            <w:tcW w:type="dxa" w:w="4986"/>
          </w:tcPr>
          <w:p>
            <w:r>
              <w:rPr>
                <w:b/>
              </w:rPr>
              <w:t>EL/LA RECEPTOR/A</w:t>
            </w:r>
          </w:p>
        </w:tc>
      </w:tr>
      <w:tr>
        <w:tc>
          <w:tcPr>
            <w:tcW w:type="dxa" w:w="4986"/>
          </w:tcPr>
          <w:p>
            <w:r>
              <w:br/>
              <w:br/>
              <w:t>Firma: ________________________</w:t>
            </w:r>
          </w:p>
        </w:tc>
        <w:tc>
          <w:tcPr>
            <w:tcW w:type="dxa" w:w="4986"/>
          </w:tcPr>
          <w:p>
            <w:r>
              <w:br/>
              <w:br/>
              <w:t>Firma: ________________________</w:t>
            </w:r>
          </w:p>
        </w:tc>
      </w:tr>
    </w:tbl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https://experto-administrativo.com/carta-entrega-de-inmueble/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entrega-de-inmueble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