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CARTA DE NOTIFICACIÓN DE INCREMENTO DE ARRIENDO</w:t>
      </w:r>
    </w:p>
    <w:p/>
    <w:p>
      <w:r>
        <w:rPr>
          <w:b w:val="0"/>
          <w:sz w:val="20"/>
        </w:rPr>
        <w:t>Señor/a</w:t>
      </w:r>
    </w:p>
    <w:p>
      <w:r>
        <w:rPr>
          <w:b w:val="0"/>
          <w:sz w:val="20"/>
        </w:rPr>
        <w:t>Arrendatario/a: _____________________________________________________________</w:t>
      </w:r>
    </w:p>
    <w:p>
      <w:r>
        <w:rPr>
          <w:b w:val="0"/>
          <w:sz w:val="20"/>
        </w:rPr>
        <w:t>Domicilio: _________________________________________________________________</w:t>
      </w:r>
    </w:p>
    <w:p/>
    <w:p>
      <w:r>
        <w:rPr>
          <w:b w:val="0"/>
          <w:sz w:val="20"/>
        </w:rPr>
        <w:t>De mi consideración:</w:t>
      </w:r>
    </w:p>
    <w:p/>
    <w:p>
      <w:r>
        <w:rPr>
          <w:b w:val="0"/>
          <w:sz w:val="20"/>
        </w:rPr>
        <w:t>Por la presente, en mi calidad de arrendador/a del inmueble ubicado en _____________________________________________________________________________________, me dirijo a usted para comunicarle que, conforme a lo dispuesto en el contrato de arriendo suscrito entre ambas partes y de acuerdo a la normativa vigente, se procederá a un reajuste en el valor del arriendo mensual del mencionado inmueble.</w:t>
      </w:r>
    </w:p>
    <w:p/>
    <w:p>
      <w:r>
        <w:rPr>
          <w:b w:val="0"/>
          <w:sz w:val="20"/>
        </w:rPr>
        <w:t>El nuevo valor de arriendo mensual será de $____________________ (______________________________________________________), el cual regirá a contar del mes de _________________________________.</w:t>
      </w:r>
    </w:p>
    <w:p/>
    <w:p>
      <w:r>
        <w:rPr>
          <w:b w:val="0"/>
          <w:sz w:val="20"/>
        </w:rPr>
        <w:t>Este ajuste corresponde a lo estipulado en la cláusula _________ del contrato de arriendo y se fundamenta en la variación del Índice de Precios al Consumidor (IPC) u otro mecanismo de reajuste pactado, de acuerdo con la legislación aplicable.</w:t>
      </w:r>
    </w:p>
    <w:p/>
    <w:p>
      <w:r>
        <w:rPr>
          <w:b w:val="0"/>
          <w:sz w:val="20"/>
        </w:rPr>
        <w:t>Le solicito tomar nota de este reajuste y considerar el nuevo monto en los pagos de arriendo a partir de la fecha indicada. En caso de dudas o consultas, puede contactarme al teléfono _________________________ o al correo electrónico _________________________________.</w:t>
      </w:r>
    </w:p>
    <w:p/>
    <w:p>
      <w:r>
        <w:rPr>
          <w:b w:val="0"/>
          <w:sz w:val="20"/>
        </w:rPr>
        <w:t>Sin otro particular y esperando su comprensión, le saluda atentamente,</w:t>
      </w:r>
    </w:p>
    <w:p/>
    <w:p/>
    <w:p/>
    <w:p>
      <w:r>
        <w:rPr>
          <w:b/>
          <w:sz w:val="20"/>
        </w:rPr>
        <w:t>Firma: _______________________________</w:t>
      </w:r>
    </w:p>
    <w:p/>
    <w:p>
      <w:r>
        <w:rPr>
          <w:b w:val="0"/>
          <w:sz w:val="20"/>
        </w:rPr>
        <w:t>Nombre: _____________________________</w:t>
      </w:r>
    </w:p>
    <w:p>
      <w:r>
        <w:rPr>
          <w:b w:val="0"/>
          <w:sz w:val="20"/>
        </w:rPr>
        <w:t>RUT: ________________________________</w:t>
      </w:r>
    </w:p>
    <w:p>
      <w:r>
        <w:rPr>
          <w:b w:val="0"/>
          <w:sz w:val="20"/>
        </w:rPr>
        <w:t>Teléfono: ___________________________</w:t>
      </w:r>
    </w:p>
    <w:p>
      <w:r>
        <w:rPr>
          <w:b w:val="0"/>
          <w:sz w:val="20"/>
        </w:rPr>
        <w:t>Correo electrónico: __________________</w:t>
      </w:r>
    </w:p>
    <w:p/>
    <w:p/>
    <w:p>
      <w:r>
        <w:rPr>
          <w:b w:val="0"/>
          <w:sz w:val="20"/>
        </w:rPr>
        <w:t>CC: ______________________________________ (si corresponde)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https://experto-administrativo.com/carta-incremento-arriendo/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carta-incremento-arriendo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