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INFORMATIVA A TRABAJADORES</w:t>
      </w:r>
    </w:p>
    <w:p/>
    <w:p/>
    <w:p>
      <w:r>
        <w:rPr>
          <w:b w:val="0"/>
          <w:sz w:val="20"/>
        </w:rPr>
        <w:t>A la atención de:</w:t>
      </w:r>
    </w:p>
    <w:p>
      <w:r>
        <w:rPr>
          <w:b w:val="0"/>
          <w:sz w:val="20"/>
        </w:rPr>
        <w:t>D./Dña. _____________________________________________________________</w:t>
      </w:r>
    </w:p>
    <w:p>
      <w:r>
        <w:rPr>
          <w:b w:val="0"/>
          <w:sz w:val="20"/>
        </w:rPr>
        <w:t>Puesto: _______________________________   Departamento: ____________________________</w:t>
      </w:r>
    </w:p>
    <w:p>
      <w:r>
        <w:rPr>
          <w:b w:val="0"/>
          <w:sz w:val="20"/>
        </w:rPr>
      </w:r>
    </w:p>
    <w:p>
      <w:r>
        <w:rPr>
          <w:b/>
          <w:sz w:val="20"/>
        </w:rPr>
        <w:t>Por la presente, se comunica a todo el personal de la empresa lo siguiente:</w:t>
      </w:r>
    </w:p>
    <w:p/>
    <w:p>
      <w:r>
        <w:rPr>
          <w:b w:val="0"/>
          <w:sz w:val="20"/>
        </w:rPr>
        <w:t>Con motivo de ____________________________, la dirección de la empresa desea informar a todos los trabajadores sobre las siguientes cuestiones de interés general:</w:t>
      </w:r>
    </w:p>
    <w:p/>
    <w:p>
      <w:r>
        <w:rPr>
          <w:b w:val="0"/>
          <w:sz w:val="20"/>
        </w:rPr>
        <w:t>1. Horarios y jornadas laborales</w:t>
      </w:r>
    </w:p>
    <w:p>
      <w:r>
        <w:rPr>
          <w:b w:val="0"/>
          <w:sz w:val="20"/>
        </w:rPr>
        <w:t>A partir del próximo ____________________, los horarios de trabajo serán los siguientes: ______________________________. Las jornadas laborales se ajustarán conforme a lo establecido en el convenio colectivo y a las necesidades organizativas de la empresa.</w:t>
      </w:r>
    </w:p>
    <w:p/>
    <w:p>
      <w:r>
        <w:rPr>
          <w:b w:val="0"/>
          <w:sz w:val="20"/>
        </w:rPr>
        <w:t>2. Organización y funciones</w:t>
      </w:r>
    </w:p>
    <w:p>
      <w:r>
        <w:rPr>
          <w:b w:val="0"/>
          <w:sz w:val="20"/>
        </w:rPr>
        <w:t>Se recuerda a todos los empleados la importancia de cumplir con las funciones y responsabilidades asignadas en sus respectivos puestos de trabajo, así como de seguir las instrucciones y directrices dadas por sus superiores jerárquicos.</w:t>
      </w:r>
    </w:p>
    <w:p/>
    <w:p>
      <w:r>
        <w:rPr>
          <w:b w:val="0"/>
          <w:sz w:val="20"/>
        </w:rPr>
        <w:t>3. Medidas de prevención y seguridad</w:t>
      </w:r>
    </w:p>
    <w:p>
      <w:r>
        <w:rPr>
          <w:b w:val="0"/>
          <w:sz w:val="20"/>
        </w:rPr>
        <w:t>La empresa pone a disposición de los trabajadores los medios necesarios para garantizar la seguridad y salud laboral. Es imprescindible respetar las normas de prevención de riesgos laborales y comunicar cualquier incidencia o situación de peligro inmediatamente a los responsables designados.</w:t>
      </w:r>
    </w:p>
    <w:p/>
    <w:p>
      <w:r>
        <w:rPr>
          <w:b w:val="0"/>
          <w:sz w:val="20"/>
        </w:rPr>
        <w:t>4. Comunicaciones y canales de información</w:t>
      </w:r>
    </w:p>
    <w:p>
      <w:r>
        <w:rPr>
          <w:b w:val="0"/>
          <w:sz w:val="20"/>
        </w:rPr>
        <w:t>Para cualquier consulta, sugerencia o reclamación, los trabajadores pueden dirigirse al Departamento de Recursos Humanos, que estará disponible para atender las cuestiones relacionadas con el presente comunicado y otros asuntos de interés laboral.</w:t>
      </w:r>
    </w:p>
    <w:p/>
    <w:p>
      <w:r>
        <w:rPr>
          <w:b w:val="0"/>
          <w:sz w:val="20"/>
        </w:rPr>
        <w:t>5. Otros avisos de interés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/>
    <w:p/>
    <w:p>
      <w:r>
        <w:rPr>
          <w:b w:val="0"/>
          <w:sz w:val="20"/>
        </w:rPr>
        <w:t>La empresa agradece la colaboración y el compromiso de todos sus trabajadores para el correcto funcionamiento y el buen ambiente laboral. Se ruega máxima atención al cumplimiento de lo aquí comunicado.</w:t>
      </w:r>
    </w:p>
    <w:p/>
    <w:p/>
    <w:p/>
    <w:p>
      <w:r>
        <w:rPr>
          <w:b w:val="0"/>
          <w:sz w:val="20"/>
        </w:rPr>
        <w:t>Sin otro particular, reciban un cordial saludo.</w:t>
      </w:r>
    </w:p>
    <w:p/>
    <w:p/>
    <w:p>
      <w:r>
        <w:rPr>
          <w:b/>
          <w:sz w:val="20"/>
        </w:rPr>
        <w:t>Por la empresa,</w:t>
      </w:r>
    </w:p>
    <w:p/>
    <w:p/>
    <w:p/>
    <w:p/>
    <w:p>
      <w:r>
        <w:rPr>
          <w:b w:val="0"/>
          <w:sz w:val="20"/>
        </w:rPr>
        <w:t>Nombre y cargo: ______________________________________________________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Firma: _________________________</w:t>
      </w:r>
    </w:p>
    <w:p/>
    <w:p>
      <w:r>
        <w:rPr>
          <w:b w:val="0"/>
          <w:sz w:val="20"/>
        </w:rPr>
        <w:t>Sello de la empresa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https://experto-administrativo.com/carta-informativa-a-trabajadores/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informativa-a-trabajadores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