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NO RENOVACIÓN DE SEGURO DE AUTOMÓVIL</w:t>
      </w:r>
    </w:p>
    <w:p/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Compañía de Seguros: _______________________________________________</w:t>
      </w:r>
    </w:p>
    <w:p>
      <w:r>
        <w:rPr>
          <w:b w:val="0"/>
          <w:sz w:val="20"/>
        </w:rPr>
        <w:t>Dirección: ________________________________________________________</w:t>
      </w:r>
    </w:p>
    <w:p>
      <w:r>
        <w:rPr>
          <w:b w:val="0"/>
          <w:sz w:val="20"/>
        </w:rPr>
        <w:t>Código Postal y Localidad: 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De:</w:t>
      </w:r>
    </w:p>
    <w:p>
      <w:r>
        <w:rPr>
          <w:b w:val="0"/>
          <w:sz w:val="20"/>
        </w:rPr>
        <w:t>Nombre y apellidos: _______________________________________________</w:t>
      </w:r>
    </w:p>
    <w:p>
      <w:r>
        <w:rPr>
          <w:b w:val="0"/>
          <w:sz w:val="20"/>
        </w:rPr>
        <w:t>DNI/NIE: _________________________________</w:t>
      </w:r>
    </w:p>
    <w:p>
      <w:r>
        <w:rPr>
          <w:b w:val="0"/>
          <w:sz w:val="20"/>
        </w:rPr>
        <w:t>Dirección: ________________________________________________________</w:t>
      </w:r>
    </w:p>
    <w:p>
      <w:r>
        <w:rPr>
          <w:b w:val="0"/>
          <w:sz w:val="20"/>
        </w:rPr>
        <w:t>Código Postal y Localidad: _________________________________________</w:t>
      </w:r>
    </w:p>
    <w:p>
      <w:r>
        <w:rPr>
          <w:b w:val="0"/>
          <w:sz w:val="20"/>
        </w:rPr>
      </w:r>
    </w:p>
    <w:p>
      <w:r>
        <w:rPr>
          <w:b/>
          <w:sz w:val="20"/>
        </w:rPr>
        <w:t>Muy Sres. míos:</w:t>
      </w:r>
    </w:p>
    <w:p/>
    <w:p>
      <w:r>
        <w:rPr>
          <w:b w:val="0"/>
          <w:sz w:val="20"/>
        </w:rPr>
        <w:t>Por la presente les comunico mi voluntad de no renovar la póliza de seguro de automóvil que tengo suscrita con su entidad. A continuación, detallo los datos de la póliza:</w:t>
      </w:r>
    </w:p>
    <w:p/>
    <w:p>
      <w:r>
        <w:rPr>
          <w:b w:val="0"/>
          <w:sz w:val="20"/>
        </w:rPr>
        <w:t>Número de póliza: _________________________________________________</w:t>
      </w:r>
    </w:p>
    <w:p>
      <w:r>
        <w:rPr>
          <w:b w:val="0"/>
          <w:sz w:val="20"/>
        </w:rPr>
        <w:t>Matrícula del vehículo asegurado: 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Solicito que se proceda a la baja de la mencionada póliza a la fecha de vencimiento del contrato, de acuerdo con lo establecido en la Ley 50/1980, de 8 de octubre, de Contrato de Seguro.</w:t>
      </w:r>
    </w:p>
    <w:p/>
    <w:p>
      <w:r>
        <w:rPr>
          <w:b w:val="0"/>
          <w:sz w:val="20"/>
        </w:rPr>
        <w:t>Ruego me confirmen la recepción de esta comunicación y la tramitación de la baja, absteniéndose de realizar cualquier cargo o cobro posterior a la fecha de efecto de la no renovación.</w:t>
      </w:r>
    </w:p>
    <w:p/>
    <w:p>
      <w:r>
        <w:rPr>
          <w:b w:val="0"/>
          <w:sz w:val="20"/>
        </w:rPr>
        <w:t>Sin otro particular, les saluda atentamente,</w:t>
      </w:r>
    </w:p>
    <w:p/>
    <w:p/>
    <w:p/>
    <w:p>
      <w:r>
        <w:rPr>
          <w:b w:val="0"/>
          <w:sz w:val="20"/>
        </w:rPr>
        <w:t>Firma: ___________________________</w:t>
      </w:r>
    </w:p>
    <w:p/>
    <w:p/>
    <w:p>
      <w:r>
        <w:rPr>
          <w:b w:val="0"/>
          <w:sz w:val="20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https://experto-administrativo.com/carta-no-renovacion-seguro-coche/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no-renovacion-seguro-coche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