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AUTORIZACIÓN</w:t>
      </w:r>
    </w:p>
    <w:p/>
    <w:p>
      <w:r>
        <w:rPr>
          <w:b w:val="0"/>
          <w:sz w:val="20"/>
        </w:rPr>
        <w:t>Yo,</w:t>
      </w:r>
    </w:p>
    <w:p>
      <w:r>
        <w:rPr>
          <w:b w:val="0"/>
          <w:sz w:val="20"/>
        </w:rPr>
        <w:t>Nombre y apellidos: ________________________________________________________</w:t>
      </w:r>
    </w:p>
    <w:p>
      <w:r>
        <w:rPr>
          <w:b w:val="0"/>
          <w:sz w:val="20"/>
        </w:rPr>
        <w:t>DNI/NIE/Pasaporte: ________________________</w:t>
      </w:r>
    </w:p>
    <w:p>
      <w:r>
        <w:rPr>
          <w:b w:val="0"/>
          <w:sz w:val="20"/>
        </w:rPr>
        <w:t>Domicilio: ________________________________________________________________</w:t>
      </w:r>
    </w:p>
    <w:p>
      <w:r>
        <w:rPr>
          <w:b w:val="0"/>
          <w:sz w:val="20"/>
        </w:rPr>
        <w:t>Teléfono: ________________________________</w:t>
      </w:r>
    </w:p>
    <w:p/>
    <w:p>
      <w:r>
        <w:rPr>
          <w:b w:val="0"/>
          <w:sz w:val="20"/>
        </w:rPr>
        <w:t>Por la presente, autorizo a:</w:t>
      </w:r>
    </w:p>
    <w:p>
      <w:r>
        <w:rPr>
          <w:b w:val="0"/>
          <w:sz w:val="20"/>
        </w:rPr>
        <w:t>Nombre y apellidos de la persona autorizada: ________________________________</w:t>
      </w:r>
    </w:p>
    <w:p>
      <w:r>
        <w:rPr>
          <w:b w:val="0"/>
          <w:sz w:val="20"/>
        </w:rPr>
        <w:t>DNI/NIE/Pasaporte de la persona autorizada: ________________________________</w:t>
      </w:r>
    </w:p>
    <w:p>
      <w:r>
        <w:rPr>
          <w:b w:val="0"/>
          <w:sz w:val="20"/>
        </w:rPr>
        <w:t>Domicilio de la persona autorizada: ________________________________________</w:t>
      </w:r>
    </w:p>
    <w:p>
      <w:r>
        <w:rPr>
          <w:b w:val="0"/>
          <w:sz w:val="20"/>
        </w:rPr>
        <w:t>Teléfono de la persona autorizada: _________________________________________</w:t>
      </w:r>
    </w:p>
    <w:p/>
    <w:p>
      <w:r>
        <w:rPr>
          <w:b w:val="0"/>
          <w:sz w:val="20"/>
        </w:rPr>
        <w:t>Para que, en mi nombre y representación, pueda realizar los siguientes trámites y gestiones: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>
      <w:r>
        <w:rPr>
          <w:b w:val="0"/>
          <w:sz w:val="20"/>
        </w:rPr>
        <w:t>La presente autorización se otorga a los efectos oportunos y para que surta los efectos necesarios ante quien corresponda.</w:t>
      </w:r>
    </w:p>
    <w:p/>
    <w:p>
      <w:r>
        <w:rPr>
          <w:b w:val="0"/>
          <w:sz w:val="20"/>
        </w:rPr>
        <w:t>Se adjuntan fotocopias de los documentos de identidad de ambas partes.</w:t>
      </w:r>
    </w:p>
    <w:p/>
    <w:p/>
    <w:p>
      <w:r>
        <w:rPr>
          <w:b w:val="0"/>
          <w:sz w:val="20"/>
        </w:rPr>
        <w:t>Firmado:</w:t>
      </w:r>
    </w:p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Nombre y firma de quien autoriza</w:t>
      </w:r>
    </w:p>
    <w:p/>
    <w:p/>
    <w:p>
      <w:r>
        <w:rPr>
          <w:b w:val="0"/>
          <w:sz w:val="20"/>
        </w:rPr>
        <w:t>_______________________________</w:t>
      </w:r>
    </w:p>
    <w:p>
      <w:r>
        <w:rPr>
          <w:b w:val="0"/>
          <w:sz w:val="20"/>
        </w:rPr>
        <w:t>Nombre y firma de la persona autorizada</w:t>
      </w:r>
    </w:p>
    <w:p/>
    <w:p/>
    <w:p>
      <w:r>
        <w:rPr>
          <w:b w:val="0"/>
          <w:sz w:val="20"/>
        </w:rPr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https://experto-administrativo.com/carta-para-autorizar-a-otra-persona/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https://experto-administrativo.com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administrativo.com/carta-para-autorizar-a-otra-persona/" TargetMode="External"/><Relationship Id="rId10" Type="http://schemas.openxmlformats.org/officeDocument/2006/relationships/hyperlink" Target="https://experto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