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2"/>
        </w:rPr>
        <w:t>A la atención de: Departamento de Recursos Humanos</w:t>
      </w:r>
    </w:p>
    <w:p>
      <w:r>
        <w:rPr>
          <w:b w:val="0"/>
          <w:sz w:val="22"/>
        </w:rPr>
        <w:t>Empresa:</w:t>
      </w:r>
    </w:p>
    <w:p>
      <w:r>
        <w:rPr>
          <w:b w:val="0"/>
          <w:sz w:val="22"/>
        </w:rPr>
      </w:r>
    </w:p>
    <w:p>
      <w:pPr>
        <w:jc w:val="center"/>
      </w:pPr>
      <w:r>
        <w:rPr>
          <w:b/>
          <w:sz w:val="28"/>
        </w:rPr>
        <w:t>Carta para Comunicar Jubilación Anticipada Voluntaria</w:t>
      </w:r>
    </w:p>
    <w:p/>
    <w:p/>
    <w:p>
      <w:r>
        <w:rPr>
          <w:b w:val="0"/>
          <w:sz w:val="22"/>
        </w:rPr>
        <w:t>Por la presente, yo,</w:t>
      </w:r>
    </w:p>
    <w:p>
      <w:r>
        <w:rPr>
          <w:b w:val="0"/>
          <w:sz w:val="22"/>
        </w:rPr>
        <w:t>D./Dña.:</w:t>
      </w:r>
    </w:p>
    <w:p>
      <w:r>
        <w:rPr>
          <w:b w:val="0"/>
          <w:sz w:val="22"/>
        </w:rPr>
        <w:t>con DNI/NIE:</w:t>
      </w:r>
    </w:p>
    <w:p>
      <w:r>
        <w:rPr>
          <w:b w:val="0"/>
          <w:sz w:val="22"/>
        </w:rPr>
        <w:t>y con domicilio en:</w:t>
      </w:r>
    </w:p>
    <w:p>
      <w:r>
        <w:rPr>
          <w:b w:val="0"/>
          <w:sz w:val="22"/>
        </w:rPr>
        <w:t>que actualmente desempeño el puesto de:</w:t>
      </w:r>
    </w:p>
    <w:p>
      <w:r>
        <w:rPr>
          <w:b w:val="0"/>
          <w:sz w:val="22"/>
        </w:rPr>
        <w:t>en la empresa:</w:t>
      </w:r>
    </w:p>
    <w:p>
      <w:r>
        <w:rPr>
          <w:b w:val="0"/>
          <w:sz w:val="22"/>
        </w:rPr>
        <w:t>expongo lo siguiente:</w:t>
      </w:r>
    </w:p>
    <w:p/>
    <w:p>
      <w:r>
        <w:rPr>
          <w:b w:val="0"/>
          <w:sz w:val="22"/>
        </w:rPr>
        <w:t>Que, tras meditarlo detenidamente y conforme a mis intereses personales y profesionales, he decidido acogerme a la jubilación anticipada de manera voluntaria, conforme a lo previsto en la normativa laboral y de Seguridad Social vigente.</w:t>
      </w:r>
    </w:p>
    <w:p/>
    <w:p>
      <w:r>
        <w:rPr>
          <w:b w:val="0"/>
          <w:sz w:val="22"/>
        </w:rPr>
        <w:t>Por ello, comunico formalmente mi voluntad de poner fin a mi relación laboral con la empresa mediante la modalidad de jubilación anticipada voluntaria.</w:t>
      </w:r>
    </w:p>
    <w:p/>
    <w:p>
      <w:r>
        <w:rPr>
          <w:b w:val="0"/>
          <w:sz w:val="22"/>
        </w:rPr>
        <w:t>Solicito que se inicien los trámites pertinentes para hacer efectiva mi jubilación anticipada, agradeciendo la gestión y apoyo necesarios por parte del Departamento de Recursos Humanos.</w:t>
      </w:r>
    </w:p>
    <w:p/>
    <w:p>
      <w:r>
        <w:rPr>
          <w:b w:val="0"/>
          <w:sz w:val="22"/>
        </w:rPr>
        <w:t>Quedo a disposición de la empresa para colaborar en el proceso de traspaso de funciones y para cualquier otra cuestión que facilite la transición.</w:t>
      </w:r>
    </w:p>
    <w:p/>
    <w:p>
      <w:r>
        <w:rPr>
          <w:b w:val="0"/>
          <w:sz w:val="22"/>
        </w:rPr>
        <w:t>Agradezco a la empresa la oportunidad y la confianza depositada en mí durante el tiempo que he formado parte de la plantilla, así como el trato recibido por parte de la dirección y mis compañeros.</w:t>
      </w:r>
    </w:p>
    <w:p/>
    <w:p/>
    <w:p>
      <w:r>
        <w:rPr>
          <w:b w:val="0"/>
          <w:sz w:val="22"/>
        </w:rPr>
        <w:t>Sin otro particular, les saluda atentamente,</w:t>
      </w:r>
    </w:p>
    <w:p/>
    <w:p/>
    <w:p/>
    <w:p/>
    <w:p>
      <w:r>
        <w:rPr>
          <w:b w:val="0"/>
          <w:sz w:val="22"/>
        </w:rPr>
        <w:t>Firma:</w:t>
      </w:r>
    </w:p>
    <w:p>
      <w:r>
        <w:rPr>
          <w:b w:val="0"/>
          <w:sz w:val="22"/>
        </w:rPr>
        <w:t>Nombre completo: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https://experto-administrativo.com/carta-para-comunicar-jubilacion-anticipada-voluntaria/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para-comunicar-jubilacion-anticipada-voluntaria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