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ASISA, ASISTENCIA SANITARIA INTERPROVINCIAL DE SEGUROS, S.A.</w:t>
      </w:r>
    </w:p>
    <w:p>
      <w:r>
        <w:rPr>
          <w:b w:val="0"/>
          <w:sz w:val="22"/>
        </w:rPr>
        <w:t>A/A Departamento de Atención al Cliente</w:t>
      </w:r>
    </w:p>
    <w:p>
      <w:r>
        <w:rPr>
          <w:b w:val="0"/>
          <w:sz w:val="22"/>
        </w:rPr>
        <w:t>Domicilio social: C/ Juan Ignacio Luca de Tena, 12, 28027 Madrid</w:t>
      </w:r>
    </w:p>
    <w:p/>
    <w:p/>
    <w:p>
      <w:r>
        <w:rPr>
          <w:b w:val="0"/>
          <w:sz w:val="22"/>
        </w:rPr>
        <w:t>Nombre y apellidos del asegurado/a:</w:t>
      </w:r>
    </w:p>
    <w:p>
      <w:r>
        <w:rPr>
          <w:b w:val="0"/>
          <w:sz w:val="22"/>
        </w:rPr>
        <w:t>DNI/NIE:</w:t>
      </w:r>
    </w:p>
    <w:p>
      <w:r>
        <w:rPr>
          <w:b w:val="0"/>
          <w:sz w:val="22"/>
        </w:rPr>
        <w:t>Número de póliza:</w:t>
      </w:r>
    </w:p>
    <w:p>
      <w:r>
        <w:rPr>
          <w:b w:val="0"/>
          <w:sz w:val="22"/>
        </w:rPr>
        <w:t>Domicilio:</w:t>
      </w:r>
    </w:p>
    <w:p>
      <w:r>
        <w:rPr>
          <w:b w:val="0"/>
          <w:sz w:val="22"/>
        </w:rPr>
        <w:t>Teléfono:</w:t>
      </w:r>
    </w:p>
    <w:p>
      <w:r>
        <w:rPr>
          <w:b w:val="0"/>
          <w:sz w:val="22"/>
        </w:rPr>
        <w:t>Correo electrónico:</w:t>
      </w:r>
    </w:p>
    <w:p/>
    <w:p/>
    <w:p>
      <w:r>
        <w:rPr>
          <w:b/>
          <w:sz w:val="24"/>
        </w:rPr>
        <w:t>Asunto: Solicitud de baja en póliza de seguro de salud ASISA</w:t>
      </w:r>
    </w:p>
    <w:p/>
    <w:p>
      <w:r>
        <w:rPr>
          <w:b w:val="0"/>
          <w:sz w:val="22"/>
        </w:rPr>
        <w:t>Muy señores míos:</w:t>
      </w:r>
    </w:p>
    <w:p/>
    <w:p>
      <w:r>
        <w:rPr>
          <w:b w:val="0"/>
          <w:sz w:val="22"/>
        </w:rPr>
        <w:t>Por la presente, les comunico mi voluntad de causar baja como asegurado/a en la póliza de seguro de salud que mantengo con ASISA, cuyos datos personales y número de póliza se indican arriba.</w:t>
      </w:r>
    </w:p>
    <w:p/>
    <w:p>
      <w:r>
        <w:rPr>
          <w:b w:val="0"/>
          <w:sz w:val="22"/>
        </w:rPr>
        <w:t>Solicito que, a partir de la recepción de esta comunicación, procedan a tramitar la baja de dicha póliza y cesar el cobro de recibos o cualquier otra obligación derivada del contrato, conforme a lo establecido en las condiciones generales y particulares de la póliza y la normativa vigente.</w:t>
      </w:r>
    </w:p>
    <w:p/>
    <w:p>
      <w:r>
        <w:rPr>
          <w:b w:val="0"/>
          <w:sz w:val="22"/>
        </w:rPr>
        <w:t>Igualmente, solicito que me remitan un justificante por escrito de la tramitación y efectividad de la baja solicitada.</w:t>
      </w:r>
    </w:p>
    <w:p/>
    <w:p>
      <w:r>
        <w:rPr>
          <w:b w:val="0"/>
          <w:sz w:val="22"/>
        </w:rPr>
        <w:t>Ruego, asimismo, la eliminación de mis datos personales de sus ficheros una vez cumplidas las obligaciones legales, de acuerdo con la legislación en materia de protección de datos.</w:t>
      </w:r>
    </w:p>
    <w:p/>
    <w:p>
      <w:r>
        <w:rPr>
          <w:b w:val="0"/>
          <w:sz w:val="22"/>
        </w:rPr>
        <w:t>Sin otro particular, les saluda atentamente,</w:t>
      </w:r>
    </w:p>
    <w:p/>
    <w:p/>
    <w:p/>
    <w:p>
      <w:r>
        <w:rPr>
          <w:b w:val="0"/>
          <w:sz w:val="22"/>
        </w:rPr>
        <w:t>Firma:</w:t>
      </w:r>
    </w:p>
    <w:p/>
    <w:p/>
    <w:p>
      <w:r>
        <w:rPr>
          <w:b w:val="0"/>
          <w:sz w:val="22"/>
        </w:rPr>
        <w:t>Nombre y apellidos:</w:t>
      </w:r>
    </w:p>
    <w:p>
      <w:r>
        <w:rPr>
          <w:b w:val="0"/>
          <w:sz w:val="22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https://experto-administrativo.com/carta-para-darse-de-baja-en-asisa/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darse-de-baja-en-asis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