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IMPUGNACIÓN DE ACTA DE JUNTA DE PROPIETARIOS</w:t>
      </w:r>
    </w:p>
    <w:p/>
    <w:p>
      <w:r>
        <w:rPr>
          <w:b w:val="0"/>
          <w:sz w:val="20"/>
        </w:rPr>
        <w:t>Sr./Sra. Presidente/a de la Comunidad de Propietarios</w:t>
      </w:r>
    </w:p>
    <w:p>
      <w:r>
        <w:rPr>
          <w:b w:val="0"/>
          <w:sz w:val="20"/>
        </w:rPr>
        <w:t>Administrador/a de la Comunidad</w:t>
      </w:r>
    </w:p>
    <w:p/>
    <w:p>
      <w:r>
        <w:rPr>
          <w:b w:val="0"/>
          <w:sz w:val="20"/>
        </w:rPr>
        <w:t>Yo,</w:t>
      </w:r>
    </w:p>
    <w:p>
      <w:r>
        <w:rPr>
          <w:b w:val="0"/>
          <w:sz w:val="20"/>
        </w:rPr>
        <w:t>Propietario/a de la vivienda/local sito en la Comunidad de Propietarios</w:t>
      </w:r>
    </w:p>
    <w:p>
      <w:r>
        <w:rPr>
          <w:b w:val="0"/>
          <w:sz w:val="20"/>
        </w:rPr>
        <w:t>con domicilio en</w:t>
      </w:r>
    </w:p>
    <w:p>
      <w:r>
        <w:rPr>
          <w:b w:val="0"/>
          <w:sz w:val="20"/>
        </w:rPr>
        <w:t>y con DNI/NIE número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 el día se celebró Junta de Propietarios de la Comunidad, de la que he tenido conocimiento del acta correspondiente.</w:t>
      </w:r>
    </w:p>
    <w:p>
      <w:r>
        <w:rPr>
          <w:b w:val="0"/>
          <w:sz w:val="20"/>
        </w:rPr>
        <w:t>Que, de acuerdo con lo dispuesto en el artículo 18 de la Ley de Propiedad Horizontal, manifiesto mi disconformidad y procedo a impugnar el acta correspondiente a dicha Junta por los siguientes motivos:</w:t>
      </w:r>
    </w:p>
    <w:p/>
    <w:p>
      <w:r>
        <w:rPr>
          <w:b/>
          <w:sz w:val="20"/>
        </w:rPr>
        <w:t>MOTIVOS DE IMPUGNACIÓN:</w:t>
      </w:r>
    </w:p>
    <w:p>
      <w:r>
        <w:rPr>
          <w:b w:val="0"/>
          <w:sz w:val="20"/>
        </w:rPr>
        <w:t>1. Falta de convocatoria o convocatoria defectuosa.</w:t>
      </w:r>
    </w:p>
    <w:p>
      <w:r>
        <w:rPr>
          <w:b w:val="0"/>
          <w:sz w:val="20"/>
        </w:rPr>
        <w:t>2. Inclusión de acuerdos contrarios a la Ley o a los Estatutos de la Comunidad.</w:t>
      </w:r>
    </w:p>
    <w:p>
      <w:r>
        <w:rPr>
          <w:b w:val="0"/>
          <w:sz w:val="20"/>
        </w:rPr>
        <w:t>3. Adopción de acuerdos gravemente lesivos para los intereses de la comunidad en beneficio de uno o varios propietarios.</w:t>
      </w:r>
    </w:p>
    <w:p>
      <w:r>
        <w:rPr>
          <w:b w:val="0"/>
          <w:sz w:val="20"/>
        </w:rPr>
        <w:t>4. Privación indebida del derecho de voto u otros derechos fundamentales de los propietarios.</w:t>
      </w:r>
    </w:p>
    <w:p>
      <w:r>
        <w:rPr>
          <w:b w:val="0"/>
          <w:sz w:val="20"/>
        </w:rPr>
        <w:t>5. Cualquier otra causa legalmente prevista.</w:t>
      </w:r>
    </w:p>
    <w:p/>
    <w:p>
      <w:r>
        <w:rPr>
          <w:b w:val="0"/>
          <w:sz w:val="20"/>
        </w:rPr>
        <w:t>Por todo lo expuesto, solicito que quede constancia de la presente impugnación en los términos previstos en la normativa vigente y que se adopten las medidas oportunas para la subsanación de las irregularidades señaladas.</w:t>
      </w:r>
    </w:p>
    <w:p/>
    <w:p>
      <w:r>
        <w:rPr>
          <w:b w:val="0"/>
          <w:sz w:val="20"/>
        </w:rPr>
        <w:t>Sin otro particular, y esperando respuesta por escrito, le saluda atentamente,</w:t>
      </w:r>
    </w:p>
    <w:p/>
    <w:p>
      <w:r>
        <w:rPr>
          <w:b/>
          <w:sz w:val="20"/>
        </w:rPr>
        <w:t>El/la Propietario/a</w:t>
      </w:r>
    </w:p>
    <w:p/>
    <w:p/>
    <w:p>
      <w:r>
        <w:rPr>
          <w:b w:val="0"/>
          <w:sz w:val="20"/>
        </w:rPr>
        <w:t>Firma:</w:t>
      </w:r>
    </w:p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https://experto-administrativo.com/carta-para-impugnar-acta/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para-impugnar-act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