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 w:val="0"/>
          <w:sz w:val="20"/>
        </w:rPr>
        <w:t>Señor/a:</w:t>
      </w:r>
    </w:p>
    <w:p/>
    <w:p/>
    <w:p>
      <w:r>
        <w:rPr>
          <w:b w:val="0"/>
          <w:sz w:val="20"/>
        </w:rPr>
        <w:t>Por la presente, me dirijo a usted para informarle de lo siguiente:</w:t>
      </w:r>
    </w:p>
    <w:p/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 w:val="0"/>
          <w:sz w:val="20"/>
        </w:rPr>
        <w:t>El motivo de esta comunicación es que considere la información aquí indicada y, en caso de que lo estime oportuno, tome las medidas o decisiones que considere necesarias.</w:t>
      </w:r>
    </w:p>
    <w:p/>
    <w:p>
      <w:r>
        <w:rPr>
          <w:b w:val="0"/>
          <w:sz w:val="20"/>
        </w:rPr>
        <w:t>Quedo a su disposición para cualquier aclaración o información adicional que precise.</w:t>
      </w:r>
    </w:p>
    <w:p/>
    <w:p/>
    <w:p>
      <w:r>
        <w:rPr>
          <w:b w:val="0"/>
          <w:sz w:val="20"/>
        </w:rPr>
        <w:t>Atentamente,</w:t>
      </w:r>
    </w:p>
    <w:p/>
    <w:p/>
    <w:p/>
    <w:p>
      <w:r>
        <w:rPr>
          <w:b w:val="0"/>
          <w:sz w:val="20"/>
        </w:rPr>
        <w:t>Firma:</w:t>
      </w:r>
    </w:p>
    <w:p/>
    <w:p>
      <w:r>
        <w:rPr>
          <w:b w:val="0"/>
          <w:sz w:val="20"/>
        </w:rPr>
        <w:t>Nombre:</w:t>
      </w:r>
    </w:p>
    <w:p>
      <w:r>
        <w:rPr>
          <w:b w:val="0"/>
          <w:sz w:val="20"/>
        </w:rPr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https://experto-administrativo.com/carta-para-informar-de-algo/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para-informar-de-algo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