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Nombre de la organización</w:t>
      </w:r>
    </w:p>
    <w:p>
      <w:r>
        <w:rPr>
          <w:b w:val="0"/>
          <w:sz w:val="20"/>
        </w:rPr>
        <w:t>Dirección de la organización</w:t>
      </w:r>
    </w:p>
    <w:p>
      <w:r>
        <w:rPr>
          <w:b w:val="0"/>
          <w:sz w:val="20"/>
        </w:rPr>
        <w:t>Teléfono de contacto</w:t>
      </w:r>
    </w:p>
    <w:p>
      <w:r>
        <w:rPr>
          <w:b w:val="0"/>
          <w:sz w:val="20"/>
        </w:rPr>
        <w:t>Correo electrónico</w:t>
      </w:r>
    </w:p>
    <w:p/>
    <w:p/>
    <w:p>
      <w:r>
        <w:rPr>
          <w:b/>
          <w:sz w:val="20"/>
        </w:rPr>
        <w:t>Nombre de la empresa</w:t>
      </w:r>
    </w:p>
    <w:p>
      <w:r>
        <w:rPr>
          <w:b w:val="0"/>
          <w:sz w:val="20"/>
        </w:rPr>
        <w:t>A la atención de: Responsable de Responsabilidad Social Corporativa</w:t>
      </w:r>
    </w:p>
    <w:p>
      <w:r>
        <w:rPr>
          <w:b w:val="0"/>
          <w:sz w:val="20"/>
        </w:rPr>
        <w:t>Dirección de la empresa</w:t>
      </w:r>
    </w:p>
    <w:p/>
    <w:p/>
    <w:p>
      <w:r>
        <w:rPr>
          <w:b w:val="0"/>
          <w:sz w:val="20"/>
        </w:rPr>
        <w:t>Estimados señores:</w:t>
      </w:r>
    </w:p>
    <w:p/>
    <w:p>
      <w:r>
        <w:rPr>
          <w:b w:val="0"/>
          <w:sz w:val="20"/>
        </w:rPr>
        <w:t>Me dirijo a ustedes en representación de [Nombre de la organización], una entidad sin ánimo de lucro dedicada a [describir brevemente el propósito y actividad de la organización, por ejemplo: la ayuda a familias en situación de vulnerabilidad, la promoción de la educación infantil, la protección del medio ambiente, etc.].</w:t>
      </w:r>
    </w:p>
    <w:p>
      <w:r>
        <w:rPr>
          <w:b w:val="0"/>
          <w:sz w:val="20"/>
        </w:rPr>
        <w:t>Nuestra labor es posible gracias al compromiso de personas y empresas solidarias que, como ustedes, creen en la importancia de construir una sociedad más justa y solidaria. Por ello, nos permitimos solicitar su colaboración a través de una donación que nos permita continuar desarrollando nuestros proyectos y actividades.</w:t>
      </w:r>
    </w:p>
    <w:p>
      <w:r>
        <w:rPr>
          <w:b w:val="0"/>
          <w:sz w:val="20"/>
        </w:rPr>
        <w:t>Con su apoyo, podremos [explicar concretamente en qué se emplearán las donaciones: adquirir materiales, mejorar instalaciones, financiar programas, realizar eventos, etc.], beneficiando directamente a [describir el colectivo o causa beneficiada].</w:t>
      </w:r>
    </w:p>
    <w:p>
      <w:r>
        <w:rPr>
          <w:b w:val="0"/>
          <w:sz w:val="20"/>
        </w:rPr>
        <w:t>Cualquier tipo de ayuda, ya sea económica, en especie o mediante la donación de productos y servicios, será de gran valor para nosotros. Además, todas las donaciones pueden acogerse a los beneficios fiscales previstos en la legislación vigente.</w:t>
      </w:r>
    </w:p>
    <w:p>
      <w:r>
        <w:rPr>
          <w:b w:val="0"/>
          <w:sz w:val="20"/>
        </w:rPr>
        <w:t>Quedamos a su disposición para ampliar la información sobre nuestros proyectos, remitirles la documentación que estimen oportuna, o mantener una reunión si lo consideran conveniente.</w:t>
      </w:r>
    </w:p>
    <w:p>
      <w:r>
        <w:rPr>
          <w:b w:val="0"/>
          <w:sz w:val="20"/>
        </w:rPr>
        <w:t>Agradecemos de antemano su atención y solidaridad, y aprovechamos la ocasión para enviarles un cordial saludo.</w:t>
      </w:r>
    </w:p>
    <w:p/>
    <w:p/>
    <w:p>
      <w:r>
        <w:rPr>
          <w:b/>
          <w:sz w:val="20"/>
        </w:rPr>
        <w:t>Atentamente,</w:t>
      </w:r>
    </w:p>
    <w:p/>
    <w:p/>
    <w:p/>
    <w:p>
      <w:r>
        <w:rPr>
          <w:b w:val="0"/>
          <w:sz w:val="20"/>
        </w:rPr>
        <w:t>Nombre y apellidos</w:t>
      </w:r>
    </w:p>
    <w:p>
      <w:r>
        <w:rPr>
          <w:b w:val="0"/>
          <w:sz w:val="20"/>
        </w:rPr>
        <w:t>Cargo en la organización</w:t>
      </w:r>
    </w:p>
    <w:p>
      <w:r>
        <w:rPr>
          <w:b w:val="0"/>
          <w:sz w:val="20"/>
        </w:rPr>
        <w:t>Firma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https://experto-administrativo.com/carta-para-pedir-donaciones-a-empresas/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pedir-donaciones-a-empresa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