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PROPUESTA DE PAGO DE DEUDA</w:t>
      </w:r>
    </w:p>
    <w:p/>
    <w:p/>
    <w:p>
      <w:r>
        <w:rPr>
          <w:b/>
          <w:sz w:val="20"/>
        </w:rPr>
        <w:t>Deudor/a: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Domicilio:</w:t>
      </w:r>
    </w:p>
    <w:p/>
    <w:p>
      <w:r>
        <w:rPr>
          <w:b/>
          <w:sz w:val="20"/>
        </w:rPr>
        <w:t>A la atención de:</w:t>
      </w:r>
    </w:p>
    <w:p>
      <w:r>
        <w:rPr>
          <w:b w:val="0"/>
          <w:sz w:val="20"/>
        </w:rPr>
        <w:t>Entidad Acreedora:</w:t>
      </w:r>
    </w:p>
    <w:p>
      <w:r>
        <w:rPr>
          <w:b w:val="0"/>
          <w:sz w:val="20"/>
        </w:rPr>
        <w:t>Domicilio social:</w:t>
      </w:r>
    </w:p>
    <w:p/>
    <w:p/>
    <w:p>
      <w:r>
        <w:rPr>
          <w:b/>
          <w:sz w:val="20"/>
        </w:rPr>
        <w:t>Asunto: Propuesta de Pago de Deuda</w:t>
      </w:r>
    </w:p>
    <w:p/>
    <w:p>
      <w:r>
        <w:rPr>
          <w:b w:val="0"/>
          <w:sz w:val="20"/>
        </w:rPr>
        <w:t>Muy señores míos:</w:t>
      </w:r>
    </w:p>
    <w:p/>
    <w:p>
      <w:r>
        <w:rPr>
          <w:b w:val="0"/>
          <w:sz w:val="20"/>
        </w:rPr>
        <w:t>Por la presente me dirijo a ustedes en relación con la deuda que mantengo con su entidad, correspondiente a ____________________________, con número de referencia ____________________________ y cuyo importe pendiente asciende a __________________ euros.</w:t>
      </w:r>
    </w:p>
    <w:p/>
    <w:p>
      <w:r>
        <w:rPr>
          <w:b w:val="0"/>
          <w:sz w:val="20"/>
        </w:rPr>
        <w:t>Soy plenamente consciente de la obligación de pago derivada de la referida deuda y manifiesto mi voluntad de regularizar la situación, si bien, debido a circunstancias personales y económicas actuales, me resulta imposible hacer frente al pago total de la deuda en un solo abono.</w:t>
      </w:r>
    </w:p>
    <w:p/>
    <w:p>
      <w:r>
        <w:rPr>
          <w:b w:val="0"/>
          <w:sz w:val="20"/>
        </w:rPr>
        <w:t>Por ello, les propongo realizar el pago de la deuda pendiente mediante el siguiente plan de pagos:</w:t>
      </w:r>
    </w:p>
    <w:p/>
    <w:p>
      <w:r>
        <w:rPr>
          <w:b w:val="0"/>
          <w:sz w:val="20"/>
        </w:rPr>
        <w:t>- Importe total adeudado: __________________ euros</w:t>
      </w:r>
    </w:p>
    <w:p>
      <w:r>
        <w:rPr>
          <w:b w:val="0"/>
          <w:sz w:val="20"/>
        </w:rPr>
        <w:t>- Importe de cada cuota: __________________ euros</w:t>
      </w:r>
    </w:p>
    <w:p>
      <w:r>
        <w:rPr>
          <w:b w:val="0"/>
          <w:sz w:val="20"/>
        </w:rPr>
        <w:t>- Número de cuotas: __________________</w:t>
      </w:r>
    </w:p>
    <w:p>
      <w:r>
        <w:rPr>
          <w:b w:val="0"/>
          <w:sz w:val="20"/>
        </w:rPr>
        <w:t>- Periodicidad de los pagos: __________________ (mensual, trimestral, etc.)</w:t>
      </w:r>
    </w:p>
    <w:p>
      <w:r>
        <w:rPr>
          <w:b w:val="0"/>
          <w:sz w:val="20"/>
        </w:rPr>
        <w:t>- Fecha de inicio del plan de pagos: __________________</w:t>
      </w:r>
    </w:p>
    <w:p/>
    <w:p>
      <w:r>
        <w:rPr>
          <w:b w:val="0"/>
          <w:sz w:val="20"/>
        </w:rPr>
        <w:t>Me comprometo a cumplir con los pagos en los plazos y condiciones indicados. En caso de aceptación de la presente propuesta, ruego me sea confirmada por escrito para poder proceder conforme a lo acordado.</w:t>
      </w:r>
    </w:p>
    <w:p/>
    <w:p>
      <w:r>
        <w:rPr>
          <w:b w:val="0"/>
          <w:sz w:val="20"/>
        </w:rPr>
        <w:t>Quedo a su disposición para cualquier aclaración o para negociar otra fórmula de pago que se ajuste a las posibilidades de ambas partes.</w:t>
      </w:r>
    </w:p>
    <w:p/>
    <w:p>
      <w:r>
        <w:rPr>
          <w:b w:val="0"/>
          <w:sz w:val="20"/>
        </w:rPr>
        <w:t>Sin otro particular, y esperando una respuesta favorable, les saluda atentamente,</w:t>
      </w:r>
    </w:p>
    <w:p/>
    <w:p/>
    <w:p/>
    <w:p>
      <w:r>
        <w:rPr>
          <w:b w:val="0"/>
          <w:sz w:val="20"/>
        </w:rPr>
        <w:t>Firma:</w:t>
      </w:r>
    </w:p>
    <w:p/>
    <w:p/>
    <w:p>
      <w:r>
        <w:rPr>
          <w:b w:val="0"/>
          <w:sz w:val="20"/>
        </w:rPr>
        <w:t>Nombre y apellidos del deudor/a: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https://experto-administrativo.com/carta-propuesta-de-pago-de-deuda/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propuesta-de-pago-de-deud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