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RECHAZO DE SERVICIOS</w:t>
      </w:r>
    </w:p>
    <w:p/>
    <w:p>
      <w:r>
        <w:rPr>
          <w:b/>
          <w:sz w:val="20"/>
        </w:rPr>
        <w:t>Remitente:</w:t>
      </w:r>
    </w:p>
    <w:p>
      <w:r>
        <w:rPr>
          <w:b w:val="0"/>
          <w:sz w:val="20"/>
        </w:rPr>
        <w:t>Nombre: _____________________________________________________________</w:t>
      </w:r>
    </w:p>
    <w:p>
      <w:r>
        <w:rPr>
          <w:b w:val="0"/>
          <w:sz w:val="20"/>
        </w:rPr>
        <w:t>DNI/NIE: _____________________     Domicilio: _________________________________</w:t>
      </w:r>
    </w:p>
    <w:p>
      <w:r>
        <w:rPr>
          <w:b w:val="0"/>
          <w:sz w:val="20"/>
        </w:rPr>
        <w:t>Teléfono: ___________________     Email: ______________________________________</w:t>
      </w:r>
    </w:p>
    <w:p/>
    <w:p>
      <w:r>
        <w:rPr>
          <w:b/>
          <w:sz w:val="20"/>
        </w:rPr>
        <w:t>Destinatario (Empresa/Entidad):</w:t>
      </w:r>
    </w:p>
    <w:p>
      <w:r>
        <w:rPr>
          <w:b w:val="0"/>
          <w:sz w:val="20"/>
        </w:rPr>
        <w:t>Nombre/Razón social: _______________________________________________</w:t>
      </w:r>
    </w:p>
    <w:p>
      <w:r>
        <w:rPr>
          <w:b w:val="0"/>
          <w:sz w:val="20"/>
        </w:rPr>
        <w:t>Atención a: _______________________________________________________</w:t>
      </w:r>
    </w:p>
    <w:p>
      <w:r>
        <w:rPr>
          <w:b w:val="0"/>
          <w:sz w:val="20"/>
        </w:rPr>
        <w:t>Domicilio: ________________________________________________________</w:t>
      </w:r>
    </w:p>
    <w:p/>
    <w:p>
      <w:r>
        <w:rPr>
          <w:b w:val="0"/>
          <w:sz w:val="20"/>
        </w:rPr>
        <w:t>Muy Sres. míos:</w:t>
      </w:r>
    </w:p>
    <w:p/>
    <w:p>
      <w:r>
        <w:rPr>
          <w:b w:val="0"/>
          <w:sz w:val="20"/>
        </w:rPr>
        <w:t>Por la presente, les comunico mi decisión de rechazar los servicios ofrecidos por su entidad, a los cuales no deseo adherirme por las siguientes razones:</w:t>
      </w:r>
    </w:p>
    <w:p/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</w:t>
      </w:r>
    </w:p>
    <w:p/>
    <w:p>
      <w:r>
        <w:rPr>
          <w:b w:val="0"/>
          <w:sz w:val="20"/>
        </w:rPr>
        <w:t>Solicito que se abstengan de realizar cualquier cargo o gestión relacionada con la prestación de los servicios mencionados, así como que procedan a eliminar de sus sistemas cualquier dato asociado a mi solicitud o contacto respecto a los mismos, conforme a la normativa vigente en materia de protección de datos.</w:t>
      </w:r>
    </w:p>
    <w:p/>
    <w:p>
      <w:r>
        <w:rPr>
          <w:b w:val="0"/>
          <w:sz w:val="20"/>
        </w:rPr>
        <w:t>Asimismo, ruego se me confirme por escrito la recepción de esta carta y la efectiva anulación o rechazo de los servicios, para mi constancia y tranquilidad.</w:t>
      </w:r>
    </w:p>
    <w:p/>
    <w:p>
      <w:r>
        <w:rPr>
          <w:b w:val="0"/>
          <w:sz w:val="20"/>
        </w:rPr>
        <w:t>Sin otro particular, reciban un cordial saludo.</w:t>
      </w:r>
    </w:p>
    <w:p/>
    <w:p/>
    <w:p/>
    <w:p>
      <w:r>
        <w:rPr>
          <w:b w:val="0"/>
          <w:sz w:val="20"/>
        </w:rPr>
        <w:t>Firma: _________________________</w:t>
      </w:r>
    </w:p>
    <w:p/>
    <w:p/>
    <w:p>
      <w:r>
        <w:rPr>
          <w:b w:val="0"/>
          <w:sz w:val="20"/>
        </w:rPr>
        <w:t>Nombre: 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https://experto-administrativo.com/carta-rechazo-servicios/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rechazo-servicios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