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SOLICITUD DE REDUCCIÓN DE JORNADA POR GUARDA LEGAL</w:t>
      </w:r>
    </w:p>
    <w:p/>
    <w:p>
      <w:r>
        <w:rPr>
          <w:b w:val="0"/>
          <w:sz w:val="20"/>
        </w:rPr>
        <w:t>A la atención de: ___________________________________________________</w:t>
      </w:r>
    </w:p>
    <w:p>
      <w:r>
        <w:rPr>
          <w:b w:val="0"/>
          <w:sz w:val="20"/>
        </w:rPr>
        <w:t>D./Dña.: ____________________________________________________________</w:t>
      </w:r>
    </w:p>
    <w:p>
      <w:r>
        <w:rPr>
          <w:b w:val="0"/>
          <w:sz w:val="20"/>
        </w:rPr>
        <w:t>DNI/NIE: __________________________</w:t>
      </w:r>
    </w:p>
    <w:p>
      <w:r>
        <w:rPr>
          <w:b w:val="0"/>
          <w:sz w:val="20"/>
        </w:rPr>
        <w:t>Domicilio: __________________________________________________________</w:t>
      </w:r>
    </w:p>
    <w:p>
      <w:r>
        <w:rPr>
          <w:b w:val="0"/>
          <w:sz w:val="20"/>
        </w:rPr>
        <w:t>Teléfono: _________________________</w:t>
      </w:r>
    </w:p>
    <w:p/>
    <w:p>
      <w:r>
        <w:rPr>
          <w:b w:val="0"/>
          <w:sz w:val="20"/>
        </w:rPr>
        <w:t>Empleador/a: ________________________________________________________</w:t>
      </w:r>
    </w:p>
    <w:p>
      <w:r>
        <w:rPr>
          <w:b w:val="0"/>
          <w:sz w:val="20"/>
        </w:rPr>
        <w:t>DNI/NIE: __________________________</w:t>
      </w:r>
    </w:p>
    <w:p>
      <w:r>
        <w:rPr>
          <w:b w:val="0"/>
          <w:sz w:val="20"/>
        </w:rPr>
        <w:t>Domicilio: __________________________________________________________</w:t>
      </w:r>
    </w:p>
    <w:p/>
    <w:p>
      <w:r>
        <w:rPr>
          <w:b/>
          <w:sz w:val="20"/>
        </w:rPr>
        <w:t>Muy Sr./Sra. mío/a:</w:t>
      </w:r>
    </w:p>
    <w:p/>
    <w:p>
      <w:r>
        <w:rPr>
          <w:b w:val="0"/>
          <w:sz w:val="20"/>
        </w:rPr>
        <w:t>Por la presente, le comunico mi voluntad de ejercer el derecho a la reducción de jornada por guarda legal, en virtud del artículo 37.6 del Estatuto de los Trabajadores, el cual resulta de aplicación al Régimen Especial de Empleados de Hogar.</w:t>
      </w:r>
    </w:p>
    <w:p/>
    <w:p>
      <w:r>
        <w:rPr>
          <w:b w:val="0"/>
          <w:sz w:val="20"/>
        </w:rPr>
        <w:t>En mi condición de trabajadora de su domicilio, y siendo responsable del cuidado directo de un menor de doce años (o de persona con discapacidad/pendiente de completar por el usuario), solicito la reducción de mi jornada laboral con la consiguiente reducción proporcional del salario.</w:t>
      </w:r>
    </w:p>
    <w:p/>
    <w:p>
      <w:r>
        <w:rPr>
          <w:b w:val="0"/>
          <w:sz w:val="20"/>
        </w:rPr>
        <w:t>La reducción de jornada solicitada es la siguiente:</w:t>
      </w:r>
    </w:p>
    <w:p>
      <w:r>
        <w:rPr>
          <w:b w:val="0"/>
          <w:sz w:val="20"/>
        </w:rPr>
        <w:t>Jornada actual: ___________________________</w:t>
      </w:r>
    </w:p>
    <w:p>
      <w:r>
        <w:rPr>
          <w:b w:val="0"/>
          <w:sz w:val="20"/>
        </w:rPr>
        <w:t>Jornada propuesta tras la reducción: ___________________________</w:t>
      </w:r>
    </w:p>
    <w:p>
      <w:r>
        <w:rPr>
          <w:b w:val="0"/>
          <w:sz w:val="20"/>
        </w:rPr>
        <w:t>Horario propuesto: ___________________________</w:t>
      </w:r>
    </w:p>
    <w:p>
      <w:r>
        <w:rPr>
          <w:b w:val="0"/>
          <w:sz w:val="20"/>
        </w:rPr>
        <w:t>Fecha de inicio de la reducción: ___________________________</w:t>
      </w:r>
    </w:p>
    <w:p/>
    <w:p>
      <w:r>
        <w:rPr>
          <w:b w:val="0"/>
          <w:sz w:val="20"/>
        </w:rPr>
        <w:t>De conformidad con la normativa vigente, la reducción solicitada se encuentra comprendida entre un octavo y la mitad de la duración de la jornada, proponiendo la adaptación horaria que mejor se ajusta a mis necesidades de conciliación y a la organización del trabajo en el domicilio.</w:t>
      </w:r>
    </w:p>
    <w:p/>
    <w:p>
      <w:r>
        <w:rPr>
          <w:b w:val="0"/>
          <w:sz w:val="20"/>
        </w:rPr>
        <w:t>Ruego me confirme por escrito la aceptación de la presente solicitud y quedo a la espera de su respuesta para acordar la fecha de efectividad y cualquier detalle organizativo.</w:t>
      </w:r>
    </w:p>
    <w:p/>
    <w:p>
      <w:r>
        <w:rPr>
          <w:b w:val="0"/>
          <w:sz w:val="20"/>
        </w:rPr>
        <w:t>Sin otro particular, le saluda atentamente,</w:t>
      </w:r>
    </w:p>
    <w:p/>
    <w:p/>
    <w:p/>
    <w:p>
      <w:r>
        <w:rPr>
          <w:b w:val="0"/>
          <w:sz w:val="20"/>
        </w:rPr>
        <w:t>Firma de la trabajadora: ___________________________</w:t>
      </w:r>
    </w:p>
    <w:p/>
    <w:p>
      <w:r>
        <w:rPr>
          <w:b w:val="0"/>
          <w:sz w:val="20"/>
        </w:rPr>
        <w:t>Recibí (firma empleador/a): ___________________________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https://experto-administrativo.com/carta-reduccion-jornada-empleada-hogar/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carta-reduccion-jornada-empleada-hogar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