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DE SANCIÓN DISCIPLINARIA</w:t>
      </w:r>
    </w:p>
    <w:p/>
    <w:p/>
    <w:p>
      <w:r>
        <w:rPr>
          <w:b/>
          <w:sz w:val="20"/>
        </w:rPr>
        <w:t>Empresa:</w:t>
      </w:r>
    </w:p>
    <w:p>
      <w:r>
        <w:rPr>
          <w:b w:val="0"/>
          <w:sz w:val="20"/>
        </w:rPr>
        <w:t>Domicilio social:</w:t>
      </w:r>
    </w:p>
    <w:p>
      <w:r>
        <w:rPr>
          <w:b w:val="0"/>
          <w:sz w:val="20"/>
        </w:rPr>
        <w:t>CIF:</w:t>
      </w:r>
    </w:p>
    <w:p/>
    <w:p>
      <w:r>
        <w:rPr>
          <w:b/>
          <w:sz w:val="20"/>
        </w:rPr>
        <w:t>Trabajador/a:</w:t>
      </w:r>
    </w:p>
    <w:p>
      <w:r>
        <w:rPr>
          <w:b w:val="0"/>
          <w:sz w:val="20"/>
        </w:rPr>
        <w:t>DNI/NIE:</w:t>
      </w:r>
    </w:p>
    <w:p>
      <w:r>
        <w:rPr>
          <w:b w:val="0"/>
          <w:sz w:val="20"/>
        </w:rPr>
        <w:t>Puesto de trabajo:</w:t>
      </w:r>
    </w:p>
    <w:p>
      <w:r>
        <w:rPr>
          <w:b w:val="0"/>
          <w:sz w:val="20"/>
        </w:rPr>
        <w:t>Departamento o centro de trabajo:</w:t>
      </w:r>
    </w:p>
    <w:p/>
    <w:p/>
    <w:p>
      <w:r>
        <w:rPr>
          <w:b w:val="0"/>
          <w:sz w:val="20"/>
        </w:rPr>
        <w:t>Muy Sr./Sra. nuestro/a:</w:t>
      </w:r>
    </w:p>
    <w:p/>
    <w:p>
      <w:r>
        <w:rPr>
          <w:b w:val="0"/>
          <w:sz w:val="20"/>
        </w:rPr>
        <w:t>Por la presente, y en relación con las facultades disciplinarias que corresponden a la empresa conforme al Estatuto de los Trabajadores y al Convenio Colectivo de aplicación, se le comunica lo siguiente:</w:t>
      </w:r>
    </w:p>
    <w:p/>
    <w:p>
      <w:r>
        <w:rPr>
          <w:b/>
          <w:sz w:val="20"/>
        </w:rPr>
        <w:t>HECHOS</w:t>
      </w:r>
    </w:p>
    <w:p>
      <w:r>
        <w:rPr>
          <w:b w:val="0"/>
          <w:sz w:val="20"/>
        </w:rPr>
        <w:t>Con fecha ____________, se ha tenido conocimiento de que usted ha incurrido en la siguiente conducta: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/>
    <w:p>
      <w:r>
        <w:rPr>
          <w:b w:val="0"/>
          <w:sz w:val="20"/>
        </w:rPr>
        <w:t>Dichos hechos se consideran probados en base a las siguientes circunstancias y evidencias: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/>
    <w:p>
      <w:r>
        <w:rPr>
          <w:b/>
          <w:sz w:val="20"/>
        </w:rPr>
        <w:t>FUNDAMENTOS</w:t>
      </w:r>
    </w:p>
    <w:p>
      <w:r>
        <w:rPr>
          <w:b w:val="0"/>
          <w:sz w:val="20"/>
        </w:rPr>
        <w:t>La conducta descrita constituye una infracción tipificada como _____________ (leve/grave/muy grave) según lo dispuesto en el artículo ________ del Convenio Colectivo de aplicación y/o del Estatuto de los Trabajadores.</w:t>
      </w:r>
    </w:p>
    <w:p>
      <w:r>
        <w:rPr>
          <w:b w:val="0"/>
          <w:sz w:val="20"/>
        </w:rPr>
        <w:t>El precepto infringido establece que: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/>
    <w:p>
      <w:r>
        <w:rPr>
          <w:b/>
          <w:sz w:val="20"/>
        </w:rPr>
        <w:t>En consecuencia, y en virtud de las facultades que la legislación vigente confiere a la empresa, se le impone la siguiente sanción disciplinaria:</w:t>
      </w:r>
    </w:p>
    <w:p>
      <w:r>
        <w:rPr>
          <w:b w:val="0"/>
          <w:sz w:val="20"/>
        </w:rPr>
        <w:t>Tipo de sanción: _________________________________</w:t>
      </w:r>
    </w:p>
    <w:p>
      <w:r>
        <w:rPr>
          <w:b w:val="0"/>
          <w:sz w:val="20"/>
        </w:rPr>
        <w:t>Duración/aplicación: _____________________________</w:t>
      </w:r>
    </w:p>
    <w:p/>
    <w:p>
      <w:r>
        <w:rPr>
          <w:b w:val="0"/>
          <w:sz w:val="20"/>
        </w:rPr>
        <w:t>Se le informa de que contra esta sanción podrá interponer reclamación ante la Jurisdicción Social en el plazo de 20 días a contar desde el día siguiente al de la recepción de la presente comunicación, de conformidad con lo establecido en el artículo 103 de la Ley Reguladora de la Jurisdicción Social.</w:t>
      </w:r>
    </w:p>
    <w:p/>
    <w:p>
      <w:r>
        <w:rPr>
          <w:b w:val="0"/>
          <w:sz w:val="20"/>
        </w:rPr>
        <w:t>La presente sanción será anotada en su expediente personal.</w:t>
      </w:r>
    </w:p>
    <w:p/>
    <w:p/>
    <w:p>
      <w:r>
        <w:rPr>
          <w:b w:val="0"/>
          <w:sz w:val="20"/>
        </w:rPr>
        <w:t>Sin otro particular, reciba un cordial saludo.</w:t>
      </w:r>
    </w:p>
    <w:p/>
    <w:p/>
    <w:p>
      <w:r>
        <w:rPr>
          <w:b/>
          <w:sz w:val="20"/>
        </w:rPr>
        <w:t>Por la empresa</w:t>
      </w:r>
    </w:p>
    <w:p/>
    <w:p/>
    <w:p/>
    <w:p>
      <w:r>
        <w:rPr>
          <w:b w:val="0"/>
          <w:sz w:val="20"/>
        </w:rPr>
        <w:t>Firma: ___________________________</w:t>
      </w:r>
    </w:p>
    <w:p/>
    <w:p/>
    <w:p>
      <w:r>
        <w:rPr>
          <w:b w:val="0"/>
          <w:sz w:val="20"/>
        </w:rPr>
        <w:t>El trabajador/a ha recibido copia de esta comunicación y firma en prueba de conformidad, no en conformidad con el contenido.</w:t>
      </w:r>
    </w:p>
    <w:p/>
    <w:p/>
    <w:p>
      <w:r>
        <w:rPr>
          <w:b w:val="0"/>
          <w:sz w:val="20"/>
        </w:rPr>
        <w:t>Firma del trabajador/a: 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https://experto-administrativo.com/carta-sancion-disciplinaria/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sancion-disciplinaria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