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COMUNICACIÓN DE ACTUALIZACIÓN DE RENTA POR IPC</w:t>
      </w:r>
    </w:p>
    <w:p/>
    <w:p/>
    <w:p>
      <w:r>
        <w:rPr>
          <w:b/>
          <w:sz w:val="20"/>
        </w:rPr>
        <w:t>Remitente:</w:t>
      </w:r>
    </w:p>
    <w:p>
      <w:r>
        <w:rPr>
          <w:b w:val="0"/>
          <w:sz w:val="20"/>
        </w:rPr>
        <w:t>Nombre y apellidos: _________________________________________________________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Nombre y apellidos: _________________________________________________________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________________________________________________________________</w:t>
      </w:r>
    </w:p>
    <w:p/>
    <w:p/>
    <w:p>
      <w:r>
        <w:rPr>
          <w:b w:val="0"/>
          <w:sz w:val="20"/>
        </w:rPr>
        <w:t>Muy Sr./Sra. mío/a:</w:t>
      </w:r>
    </w:p>
    <w:p/>
    <w:p>
      <w:r>
        <w:rPr>
          <w:b w:val="0"/>
          <w:sz w:val="20"/>
        </w:rPr>
        <w:t>Por la presente, en calidad de arrendador/a del inmueble sito en:</w:t>
      </w:r>
    </w:p>
    <w:p>
      <w:r>
        <w:rPr>
          <w:b w:val="0"/>
          <w:sz w:val="20"/>
        </w:rPr>
        <w:t>Dirección: ________________________________________________________________</w:t>
      </w:r>
    </w:p>
    <w:p>
      <w:r>
        <w:rPr>
          <w:b w:val="0"/>
          <w:sz w:val="20"/>
        </w:rPr>
        <w:t>que ocupa en calidad de arrendatario/a desde la fecha de inicio del contrato, le comunico que, conforme a lo establecido en la cláusula de actualización de la renta prevista en el contrato de arrendamiento suscrito entre las partes, y de acuerdo con lo dispuesto en el artículo 18 de la Ley de Arrendamientos Urbanos, se procederá a actualizar la renta vigente conforme a la variación anual experimentada por el Índice de Precios al Consumo (IPC) general publicado por el Instituto Nacional de Estadística.</w:t>
      </w:r>
    </w:p>
    <w:p/>
    <w:p>
      <w:r>
        <w:rPr>
          <w:b w:val="0"/>
          <w:sz w:val="20"/>
        </w:rPr>
        <w:t>La renta mensual actual es de: ____________ euros.</w:t>
      </w:r>
    </w:p>
    <w:p>
      <w:r>
        <w:rPr>
          <w:b w:val="0"/>
          <w:sz w:val="20"/>
        </w:rPr>
        <w:t>El índice de referencia para la actualización es el publicado correspondiente al mes de ____________ del año anterior, que es del ________%.</w:t>
      </w:r>
    </w:p>
    <w:p>
      <w:r>
        <w:rPr>
          <w:b w:val="0"/>
          <w:sz w:val="20"/>
        </w:rPr>
        <w:t>Por tanto, la nueva renta mensual quedará fijada en: ____________ euros, a abonar a partir del mes de ____________ del año ________.</w:t>
      </w:r>
    </w:p>
    <w:p/>
    <w:p>
      <w:r>
        <w:rPr>
          <w:b w:val="0"/>
          <w:sz w:val="20"/>
        </w:rPr>
        <w:t>El pago de la renta se continuará realizando en la cuenta bancaria habitual o por el medio establecido en el contrato.</w:t>
      </w:r>
    </w:p>
    <w:p/>
    <w:p>
      <w:r>
        <w:rPr>
          <w:b w:val="0"/>
          <w:sz w:val="20"/>
        </w:rPr>
        <w:t>Le ruego tome nota de esta actualización y, para cualquier aclaración, puede ponerse en contacto conmigo.</w:t>
      </w:r>
    </w:p>
    <w:p/>
    <w:p/>
    <w:p>
      <w:r>
        <w:rPr>
          <w:b w:val="0"/>
          <w:sz w:val="20"/>
        </w:rPr>
        <w:t>Sin otro particular, reciba un cordial saludo.</w:t>
      </w:r>
    </w:p>
    <w:p/>
    <w:p/>
    <w:p/>
    <w:p>
      <w:r>
        <w:rPr>
          <w:b/>
          <w:sz w:val="20"/>
        </w:rPr>
        <w:t>Firma: ___________________________</w:t>
      </w:r>
    </w:p>
    <w:p/>
    <w:p>
      <w:r>
        <w:rPr>
          <w:b w:val="0"/>
          <w:sz w:val="20"/>
        </w:rPr>
        <w:t>Nombre: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https://experto-administrativo.com/carta-subida-ipc-alquiler/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subida-ipc-alquiler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