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CERTIFICACIÓN DE ACUERDOS DE LA COMUNIDAD DE PROPIETARIOS</w:t>
      </w:r>
    </w:p>
    <w:p/>
    <w:p>
      <w:r>
        <w:rPr>
          <w:b w:val="0"/>
          <w:sz w:val="20"/>
        </w:rPr>
        <w:t>D./Dña. ________________________________________________________, en calidad de Secretario/a-Administrador/a de la Comunidad de Propietarios sita en ____________________________________________________________________________________________________________________, CERTIFICA:</w:t>
      </w:r>
    </w:p>
    <w:p/>
    <w:p>
      <w:r>
        <w:rPr>
          <w:b w:val="0"/>
          <w:sz w:val="20"/>
        </w:rPr>
        <w:t>Que en la Junta General Ordinaria/Extraordinaria celebrada por la referida Comunidad de Propietarios, con domicilio en ____________________________________________________________________________________________________________________, debidamente convocada, se adoptaron los siguientes acuerdos, según constan en el Libro de Actas de la Comunidad:</w:t>
      </w:r>
    </w:p>
    <w:p/>
    <w:p>
      <w:r>
        <w:rPr>
          <w:b/>
          <w:sz w:val="20"/>
        </w:rPr>
        <w:t>ORDEN DEL DÍA:</w:t>
      </w:r>
    </w:p>
    <w:p>
      <w:r>
        <w:rPr>
          <w:b w:val="0"/>
          <w:sz w:val="20"/>
        </w:rPr>
        <w:t>1. _________________________________________________________________________________________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_________________________________________________________________________________________</w:t>
      </w:r>
    </w:p>
    <w:p/>
    <w:p>
      <w:r>
        <w:rPr>
          <w:b/>
          <w:sz w:val="20"/>
        </w:rPr>
        <w:t>ACUERDOS ADOPTADOS:</w:t>
      </w:r>
    </w:p>
    <w:p>
      <w:r>
        <w:rPr>
          <w:b w:val="0"/>
          <w:sz w:val="20"/>
        </w:rPr>
        <w:t>Primero.- __________________________________________________________________________________</w:t>
      </w:r>
    </w:p>
    <w:p>
      <w:r>
        <w:rPr>
          <w:b w:val="0"/>
          <w:sz w:val="20"/>
        </w:rPr>
        <w:t>Segundo.- __________________________________________________________________________________</w:t>
      </w:r>
    </w:p>
    <w:p>
      <w:r>
        <w:rPr>
          <w:b w:val="0"/>
          <w:sz w:val="20"/>
        </w:rPr>
        <w:t>Tercero.- __________________________________________________________________________________</w:t>
      </w:r>
    </w:p>
    <w:p/>
    <w:p>
      <w:r>
        <w:rPr>
          <w:b w:val="0"/>
          <w:sz w:val="20"/>
        </w:rPr>
        <w:t>Que los acuerdos anteriormente citados fueron adoptados con el siguiente resultado de votación:</w:t>
      </w:r>
    </w:p>
    <w:p>
      <w:r>
        <w:rPr>
          <w:b w:val="0"/>
          <w:sz w:val="20"/>
        </w:rPr>
        <w:t>A favor: _________    En contra: _________    Abstenciones: _________</w:t>
      </w:r>
    </w:p>
    <w:p/>
    <w:p>
      <w:r>
        <w:rPr>
          <w:b w:val="0"/>
          <w:sz w:val="20"/>
        </w:rPr>
        <w:t>Que los presentes acuerdos no han sido impugnados y adquieren plena validez con arreglo a la Ley de Propiedad Horizontal.</w:t>
      </w:r>
    </w:p>
    <w:p/>
    <w:p>
      <w:r>
        <w:rPr>
          <w:b w:val="0"/>
          <w:sz w:val="20"/>
        </w:rPr>
        <w:t>Y para que así conste, expido la presente certificación, con el visto bueno del Sr./Sra. Presidente/a de la Comunidad.</w:t>
      </w:r>
    </w:p>
    <w:p/>
    <w:p/>
    <w:p>
      <w:r>
        <w:rPr>
          <w:b/>
          <w:sz w:val="20"/>
        </w:rPr>
        <w:t>El/La Secretario/a-Administrador/a</w:t>
      </w:r>
    </w:p>
    <w:p/>
    <w:p/>
    <w:p/>
    <w:p>
      <w:r>
        <w:rPr>
          <w:b w:val="0"/>
          <w:sz w:val="20"/>
        </w:rPr>
        <w:t>Firma: _________________________</w:t>
      </w:r>
    </w:p>
    <w:p/>
    <w:p/>
    <w:p>
      <w:r>
        <w:rPr>
          <w:b/>
          <w:sz w:val="20"/>
        </w:rPr>
        <w:t>Vº Bº El/La Presidente/a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https://experto-administrativo.com/certificacion-de-una-comunidad/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ertificacion-de-una-comunidad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