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COMUNICACIÓN EJERCICIO OPCIÓN DE COMPRA</w:t>
      </w:r>
    </w:p>
    <w:p/>
    <w:p>
      <w:r>
        <w:rPr>
          <w:b/>
          <w:sz w:val="20"/>
        </w:rPr>
        <w:t>A la atención de: ____________________________________________</w:t>
      </w:r>
    </w:p>
    <w:p>
      <w:r>
        <w:rPr>
          <w:b w:val="0"/>
          <w:sz w:val="20"/>
        </w:rPr>
        <w:t>Entidad/Vendedor: __________________________________________</w:t>
      </w:r>
    </w:p>
    <w:p>
      <w:r>
        <w:rPr>
          <w:b w:val="0"/>
          <w:sz w:val="20"/>
        </w:rPr>
        <w:t>Domicilio: ________________________________________________</w:t>
      </w:r>
    </w:p>
    <w:p>
      <w:r>
        <w:rPr>
          <w:b w:val="0"/>
          <w:sz w:val="20"/>
        </w:rPr>
        <w:t>Referencia contrato: _______________________________________</w:t>
      </w:r>
    </w:p>
    <w:p/>
    <w:p/>
    <w:p>
      <w:r>
        <w:rPr>
          <w:b w:val="0"/>
          <w:sz w:val="20"/>
        </w:rPr>
        <w:t>Yo, D./Dña. _____________________________________________________________</w:t>
      </w:r>
    </w:p>
    <w:p>
      <w:r>
        <w:rPr>
          <w:b w:val="0"/>
          <w:sz w:val="20"/>
        </w:rPr>
        <w:t>con DNI/NIE número ____________________, y domicilio en __________________________________________,</w:t>
      </w:r>
    </w:p>
    <w:p>
      <w:r>
        <w:rPr>
          <w:b/>
          <w:sz w:val="20"/>
        </w:rPr>
        <w:t>EXPONGO:</w:t>
      </w:r>
    </w:p>
    <w:p/>
    <w:p>
      <w:r>
        <w:rPr>
          <w:b w:val="0"/>
          <w:sz w:val="20"/>
        </w:rPr>
        <w:t>Que en fecha _______________ suscribí con esa parte un contrato de arrendamiento con opción de compra sobre el bien descrito a continuación:</w:t>
      </w:r>
    </w:p>
    <w:p>
      <w:r>
        <w:rPr>
          <w:b w:val="0"/>
          <w:sz w:val="20"/>
        </w:rPr>
        <w:t>Descripción del bien: _________________________________________________</w:t>
      </w:r>
    </w:p>
    <w:p>
      <w:r>
        <w:rPr>
          <w:b w:val="0"/>
          <w:sz w:val="20"/>
        </w:rPr>
        <w:t>Número de serie/matrícula: ____________________________________________</w:t>
      </w:r>
    </w:p>
    <w:p/>
    <w:p>
      <w:r>
        <w:rPr>
          <w:b w:val="0"/>
          <w:sz w:val="20"/>
        </w:rPr>
        <w:t>Que, conforme a lo estipulado en la cláusula _________ del citado contrato, y en el plazo y condiciones allí previstos,</w:t>
      </w:r>
    </w:p>
    <w:p>
      <w:r>
        <w:rPr>
          <w:b w:val="0"/>
          <w:sz w:val="20"/>
        </w:rPr>
        <w:t>vengo a ejercitar expresamente la opción de compra sobre el bien arriba indicado.</w:t>
      </w:r>
    </w:p>
    <w:p/>
    <w:p>
      <w:r>
        <w:rPr>
          <w:b w:val="0"/>
          <w:sz w:val="20"/>
        </w:rPr>
        <w:t>A tal efecto, manifiesto mi voluntad inequívoca de adquirir la propiedad del bien, solicitando se proceda a la formalización de la transmisión de dominio y a la entrega de la documentación y efectos que correspondan.</w:t>
      </w:r>
    </w:p>
    <w:p>
      <w:r>
        <w:rPr>
          <w:b w:val="0"/>
          <w:sz w:val="20"/>
        </w:rPr>
        <w:t>Asimismo, me comprometo al pago del precio pactado para el ejercicio de la opción de compra, por el importe de ______________________ euros, en los términos y forma previstos en el contrato.</w:t>
      </w:r>
    </w:p>
    <w:p/>
    <w:p/>
    <w:p>
      <w:r>
        <w:rPr>
          <w:b/>
          <w:sz w:val="20"/>
        </w:rPr>
        <w:t>Por todo lo expuesto,</w:t>
      </w:r>
    </w:p>
    <w:p>
      <w:r>
        <w:rPr>
          <w:b/>
          <w:sz w:val="20"/>
        </w:rPr>
        <w:t>SOLICITO:</w:t>
      </w:r>
    </w:p>
    <w:p>
      <w:r>
        <w:rPr>
          <w:b w:val="0"/>
          <w:sz w:val="20"/>
        </w:rPr>
        <w:t>Que se tenga por ejercitada en tiempo y forma la opción de compra a mi favor, y se lleven a cabo las actuaciones necesarias para la transmisión de la propiedad del bien objeto del contrato, facilitando la documentación y trámites que sean precisos para su efectiva formalización.</w:t>
      </w:r>
    </w:p>
    <w:p/>
    <w:p/>
    <w:p>
      <w:r>
        <w:rPr>
          <w:b w:val="0"/>
          <w:sz w:val="20"/>
        </w:rPr>
        <w:t>Sin otro particular, quedo a la espera de sus indicaciones para la firma de la documentación y entrega del bien.</w:t>
      </w:r>
    </w:p>
    <w:p/>
    <w:p/>
    <w:p>
      <w:r>
        <w:rPr>
          <w:b/>
          <w:sz w:val="20"/>
        </w:rPr>
        <w:t>Atentamente,</w:t>
      </w:r>
    </w:p>
    <w:p/>
    <w:p/>
    <w:p/>
    <w:p>
      <w:r>
        <w:rPr>
          <w:b w:val="0"/>
          <w:sz w:val="20"/>
        </w:rPr>
        <w:t>Firma: ________________________________</w:t>
      </w:r>
    </w:p>
    <w:p>
      <w:r>
        <w:rPr>
          <w:b w:val="0"/>
          <w:sz w:val="20"/>
        </w:rPr>
        <w:t>Nombre: _______________________________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del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https://experto-administrativo.com/comunicacion-ejercicio-opcion-de-compra/</w:t>
        </w:r>
      </w:hyperlink>
    </w:p>
    <w:p>
      <w:pPr>
        <w:jc w:val="center"/>
      </w:pPr>
      <w:r>
        <w:rPr>
          <w:color w:val="555555"/>
          <w:sz w:val="26"/>
        </w:rPr>
        <w:t>¿Te ha resultado útil esta plantilla?</w:t>
      </w:r>
    </w:p>
    <w:p>
      <w:pPr>
        <w:jc w:val="center"/>
      </w:pPr>
      <w:r>
        <w:rPr>
          <w:color w:val="555555"/>
          <w:sz w:val="26"/>
        </w:rPr>
        <w:t>Descubre más documentos actualizados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https://experto-administrativo.com</w:t>
        </w:r>
      </w:hyperlink>
    </w:p>
    <w:p>
      <w:pPr>
        <w:jc w:val="center"/>
      </w:pPr>
      <w:r>
        <w:rPr>
          <w:color w:val="808080"/>
          <w:sz w:val="20"/>
        </w:rPr>
        <w:t>Plantilla de uso personal y gratuito. Prohibido su uso comercial.</w:t>
        <w:br/>
        <w:t>Si se comparte o publica, debe mencionarse la fuente. © experto-administrativo.com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xperto-administrativo.com/comunicacion-ejercicio-opcion-de-compra/" TargetMode="External"/><Relationship Id="rId10" Type="http://schemas.openxmlformats.org/officeDocument/2006/relationships/hyperlink" Target="https://experto-administrativ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