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COMUNICADO DE VACACIONES</w:t>
      </w:r>
    </w:p>
    <w:p/>
    <w:p/>
    <w:p>
      <w:r>
        <w:rPr>
          <w:b w:val="0"/>
          <w:sz w:val="20"/>
        </w:rPr>
        <w:t>A la atención de D./Dña.:</w:t>
      </w:r>
    </w:p>
    <w:p>
      <w:r>
        <w:rPr>
          <w:b w:val="0"/>
          <w:sz w:val="20"/>
        </w:rPr>
        <w:t>Puesto de trabajo:</w:t>
      </w:r>
    </w:p>
    <w:p/>
    <w:p>
      <w:r>
        <w:rPr>
          <w:b w:val="0"/>
          <w:sz w:val="20"/>
        </w:rPr>
        <w:t>Por la presente, la empresa comunica la concesión del período de disfrute de vacaciones correspondientes al presente año natural.</w:t>
      </w:r>
    </w:p>
    <w:p/>
    <w:p>
      <w:r>
        <w:rPr>
          <w:b w:val="0"/>
          <w:sz w:val="20"/>
        </w:rPr>
        <w:t>El período de vacaciones se disfrutará desde el día _____________ hasta el día _____________, ambos inclusive, debiendo reincorporarse a su puesto de trabajo el día _____________.</w:t>
      </w:r>
    </w:p>
    <w:p/>
    <w:p>
      <w:r>
        <w:rPr>
          <w:b w:val="0"/>
          <w:sz w:val="20"/>
        </w:rPr>
        <w:t>Durante el referido período de vacaciones, el trabajador percibirá la retribución correspondiente de conformidad con lo establecido en el Convenio Colectivo de aplicación y la normativa laboral vigente.</w:t>
      </w:r>
    </w:p>
    <w:p/>
    <w:p>
      <w:r>
        <w:rPr>
          <w:b w:val="0"/>
          <w:sz w:val="20"/>
        </w:rPr>
        <w:t>Se recuerda que durante el período de disfrute de vacaciones no se podrá realizar actividad laboral alguna para otra empresa o entidad, ni dedicarse a ocupaciones incompatibles con la relación laboral existente.</w:t>
      </w:r>
    </w:p>
    <w:p/>
    <w:p>
      <w:r>
        <w:rPr>
          <w:b w:val="0"/>
          <w:sz w:val="20"/>
        </w:rPr>
        <w:t>Para constancia de ambas partes, se firma el presente comunicado en duplicado ejemplar, quedando un ejemplar en poder de la empresa y otro en poder del trabajador.</w:t>
      </w:r>
    </w:p>
    <w:p/>
    <w:p/>
    <w:p/>
    <w:p>
      <w:r>
        <w:rPr>
          <w:b/>
          <w:sz w:val="20"/>
        </w:rPr>
        <w:t>Por la empresa</w:t>
      </w:r>
    </w:p>
    <w:p>
      <w:r>
        <w:rPr>
          <w:b/>
          <w:sz w:val="20"/>
        </w:rPr>
        <w:t>El trabajador</w:t>
      </w:r>
    </w:p>
    <w:p/>
    <w:p/>
    <w:p/>
    <w:p/>
    <w:p>
      <w:r>
        <w:t>Firma: ________________________________</w:t>
      </w:r>
    </w:p>
    <w:p>
      <w:r>
        <w:t>Firma: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https://experto-administrativo.com/comunicado-vacaciones-empresa-a-trabajador/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omunicado-vacaciones-empresa-a-trabajador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