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CONSENTIMIENTO PARA SER GRABADO EN EL TRABAJO</w:t>
      </w:r>
    </w:p>
    <w:p/>
    <w:p/>
    <w:p>
      <w:r>
        <w:rPr>
          <w:b w:val="0"/>
          <w:sz w:val="20"/>
        </w:rPr>
        <w:t>Yo,</w:t>
      </w:r>
    </w:p>
    <w:p>
      <w:r>
        <w:rPr>
          <w:b w:val="0"/>
          <w:sz w:val="20"/>
        </w:rPr>
        <w:t>Nombre y apellidos: ____________________________________________________________</w:t>
      </w:r>
    </w:p>
    <w:p>
      <w:r>
        <w:rPr>
          <w:b w:val="0"/>
          <w:sz w:val="20"/>
        </w:rPr>
        <w:t>DNI/NIE/Pasaporte: ____________________________________________________________</w:t>
      </w:r>
    </w:p>
    <w:p>
      <w:r>
        <w:rPr>
          <w:b w:val="0"/>
          <w:sz w:val="20"/>
        </w:rPr>
        <w:t>Puesto de trabajo: ____________________________________________________________</w:t>
      </w:r>
    </w:p>
    <w:p>
      <w:r>
        <w:rPr>
          <w:b w:val="0"/>
          <w:sz w:val="20"/>
        </w:rPr>
        <w:t>Empresa: _____________________________________________________________________</w:t>
      </w:r>
    </w:p>
    <w:p/>
    <w:p>
      <w:r>
        <w:rPr>
          <w:b w:val="0"/>
          <w:sz w:val="20"/>
        </w:rPr>
        <w:t>Por la presente, manifiesto de manera libre, informada, específica e inequívoca que:</w:t>
      </w:r>
    </w:p>
    <w:p/>
    <w:p>
      <w:r>
        <w:rPr>
          <w:b w:val="0"/>
          <w:sz w:val="20"/>
        </w:rPr>
        <w:t>1. He sido informado/a de que, en el desarrollo de mis funciones laborales, podrán realizarse grabaciones de imagen y/o sonido en el centro de trabajo, con la finalidad de controlar el cumplimiento de las obligaciones laborales, garantizar la seguridad de las instalaciones, de las personas y de los bienes, así como para la formación interna y mejora de los procesos empresariales.</w:t>
      </w:r>
    </w:p>
    <w:p/>
    <w:p>
      <w:r>
        <w:rPr>
          <w:b w:val="0"/>
          <w:sz w:val="20"/>
        </w:rPr>
        <w:t>2. Se me ha explicado que las grabaciones serán tratadas conforme a la normativa vigente en materia de protección de datos personales, en particular el Reglamento (UE) 2016/679 (Reglamento General de Protección de Datos) y la Ley Orgánica 3/2018 de Protección de Datos Personales y garantía de los derechos digitales.</w:t>
      </w:r>
    </w:p>
    <w:p/>
    <w:p>
      <w:r>
        <w:rPr>
          <w:b w:val="0"/>
          <w:sz w:val="20"/>
        </w:rPr>
        <w:t>3. Se me han informado los siguientes aspectos relativos al tratamiento de mis datos personales:</w:t>
      </w:r>
    </w:p>
    <w:p>
      <w:r>
        <w:rPr>
          <w:b w:val="0"/>
          <w:sz w:val="20"/>
        </w:rPr>
        <w:t xml:space="preserve">   - Responsable del tratamiento: ____________________________________________</w:t>
      </w:r>
    </w:p>
    <w:p>
      <w:r>
        <w:rPr>
          <w:b w:val="0"/>
          <w:sz w:val="20"/>
        </w:rPr>
        <w:t xml:space="preserve">   - Finalidad del tratamiento: Control laboral, seguridad, formación interna y mejora de procesos.</w:t>
      </w:r>
    </w:p>
    <w:p>
      <w:r>
        <w:rPr>
          <w:b w:val="0"/>
          <w:sz w:val="20"/>
        </w:rPr>
        <w:t xml:space="preserve">   - Legitimación: Cumplimiento de obligaciones legales, interés legítimo de la empresa y consentimiento del trabajador.</w:t>
      </w:r>
    </w:p>
    <w:p>
      <w:r>
        <w:rPr>
          <w:b w:val="0"/>
          <w:sz w:val="20"/>
        </w:rPr>
        <w:t xml:space="preserve">   - Destinatarios: No se prevén cesiones a terceros, salvo obligación legal.</w:t>
      </w:r>
    </w:p>
    <w:p>
      <w:r>
        <w:rPr>
          <w:b w:val="0"/>
          <w:sz w:val="20"/>
        </w:rPr>
        <w:t xml:space="preserve">   - Derechos: Acceso, rectificación, supresión, oposición, limitación y portabilidad, que podrán ejercitarse dirigiendo escrito a ______________________________________.</w:t>
      </w:r>
    </w:p>
    <w:p/>
    <w:p>
      <w:r>
        <w:rPr>
          <w:b w:val="0"/>
          <w:sz w:val="20"/>
        </w:rPr>
        <w:t>4. El acceso a las grabaciones estará limitado al personal autorizado por la empresa y, en su caso, a las autoridades competentes, únicamente para los fines mencionados.</w:t>
      </w:r>
    </w:p>
    <w:p/>
    <w:p>
      <w:r>
        <w:rPr>
          <w:b w:val="0"/>
          <w:sz w:val="20"/>
        </w:rPr>
        <w:t>5. Se me informa de que las imágenes y grabaciones serán conservadas durante el plazo estrictamente necesario para cumplir con las finalidades indicadas y, en su caso, para atender posibles responsabilidades legales derivadas.</w:t>
      </w:r>
    </w:p>
    <w:p/>
    <w:p>
      <w:r>
        <w:rPr>
          <w:b w:val="0"/>
          <w:sz w:val="20"/>
        </w:rPr>
        <w:t>6. En cualquier momento, puedo revocar el presente consentimiento sin que ello afecte a la licitud del tratamiento basado en el consentimiento previo a su retirada.</w:t>
      </w:r>
    </w:p>
    <w:p/>
    <w:p/>
    <w:p>
      <w:r>
        <w:rPr>
          <w:b w:val="0"/>
          <w:sz w:val="20"/>
        </w:rPr>
        <w:t>Firma del trabajador/a: ________________________________</w:t>
      </w:r>
    </w:p>
    <w:p/>
    <w:p/>
    <w:p>
      <w:r>
        <w:rPr>
          <w:b w:val="0"/>
          <w:sz w:val="20"/>
        </w:rPr>
        <w:t>Nombre: _____________________________________________</w:t>
      </w:r>
    </w:p>
    <w:p/>
    <w:p/>
    <w:p>
      <w:r>
        <w:rPr>
          <w:b w:val="0"/>
          <w:sz w:val="20"/>
        </w:rPr>
        <w:t>Empresa: ____________________________________________</w:t>
      </w:r>
    </w:p>
    <w:p/>
    <w:p/>
    <w:p>
      <w:r>
        <w:rPr>
          <w:b w:val="0"/>
          <w:sz w:val="20"/>
        </w:rPr>
        <w:t>Lugar: ________________________________</w:t>
      </w:r>
    </w:p>
    <w:p/>
    <w:p/>
    <w:p>
      <w:r>
        <w:rPr>
          <w:b w:val="0"/>
          <w:sz w:val="20"/>
        </w:rPr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https://experto-administrativo.com/consentimiento-para-ser-grabado-en-el-trabajo/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onsentimiento-para-ser-grabado-en-el-trabajo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