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CONTESTACIÓN A SOLICITUD DE REINCORPORACIÓN TRAS EXCEDENCIA VOLUNTARIA</w:t>
      </w:r>
    </w:p>
    <w:p/>
    <w:p>
      <w:r>
        <w:rPr>
          <w:b/>
          <w:sz w:val="20"/>
        </w:rPr>
        <w:t>EMPRESA:</w:t>
      </w:r>
    </w:p>
    <w:p>
      <w:r>
        <w:rPr>
          <w:b w:val="0"/>
          <w:sz w:val="20"/>
        </w:rPr>
        <w:t>Nombre o razón social: _______________________________________________________</w:t>
      </w:r>
    </w:p>
    <w:p>
      <w:r>
        <w:rPr>
          <w:b w:val="0"/>
          <w:sz w:val="20"/>
        </w:rPr>
        <w:t>CIF: _____________________     Domicilio social: _____________________________</w:t>
      </w:r>
    </w:p>
    <w:p/>
    <w:p>
      <w:r>
        <w:rPr>
          <w:b/>
          <w:sz w:val="20"/>
        </w:rPr>
        <w:t>A LA ATENCIÓN DE:</w:t>
      </w:r>
    </w:p>
    <w:p>
      <w:r>
        <w:rPr>
          <w:b w:val="0"/>
          <w:sz w:val="20"/>
        </w:rPr>
        <w:t>D./Dña.: _________________________________________________________________</w:t>
      </w:r>
    </w:p>
    <w:p>
      <w:r>
        <w:rPr>
          <w:b w:val="0"/>
          <w:sz w:val="20"/>
        </w:rPr>
        <w:t>DNI/NIE: _____________________     Puesto de trabajo: ______________________</w:t>
      </w:r>
    </w:p>
    <w:p>
      <w:r>
        <w:rPr>
          <w:b w:val="0"/>
          <w:sz w:val="20"/>
        </w:rPr>
        <w:t>Departamento/Área: _______________________________________________</w:t>
      </w:r>
    </w:p>
    <w:p/>
    <w:p>
      <w:r>
        <w:rPr>
          <w:b/>
          <w:sz w:val="20"/>
        </w:rPr>
        <w:t>ASUNTO: Contestación a solicitud de reincorporación tras excedencia voluntaria</w:t>
      </w:r>
    </w:p>
    <w:p/>
    <w:p>
      <w:r>
        <w:rPr>
          <w:b w:val="0"/>
          <w:sz w:val="20"/>
        </w:rPr>
        <w:t>Muy Sr./Sra. nuestro/a:</w:t>
      </w:r>
    </w:p>
    <w:p/>
    <w:p>
      <w:r>
        <w:rPr>
          <w:b w:val="0"/>
          <w:sz w:val="20"/>
        </w:rPr>
        <w:t>Por medio del presente escrito, acusamos recibo de su solicitud de reincorporación a la empresa tras el periodo de excedencia voluntaria que le fue concedido en su día.</w:t>
      </w:r>
    </w:p>
    <w:p/>
    <w:p>
      <w:r>
        <w:rPr>
          <w:b w:val="0"/>
          <w:sz w:val="20"/>
        </w:rPr>
        <w:t>Tras analizar su petición y conforme a lo dispuesto en el artículo 46.5 del Estatuto de los Trabajadores, así como a lo previsto en nuestro convenio colectivo, le comunicamos lo siguiente:</w:t>
      </w:r>
    </w:p>
    <w:p/>
    <w:p>
      <w:r>
        <w:rPr>
          <w:b w:val="0"/>
          <w:sz w:val="20"/>
        </w:rPr>
        <w:t>En este momento, no existe vacante disponible en su grupo profesional y categoría equivalente a la que ocupaba antes de la concesión de la excedencia. Según establece la normativa aplicable, usted conserva un derecho preferente al reingreso en caso de producirse una vacante de igual o similar categoría.</w:t>
      </w:r>
    </w:p>
    <w:p/>
    <w:p>
      <w:r>
        <w:rPr>
          <w:b w:val="0"/>
          <w:sz w:val="20"/>
        </w:rPr>
        <w:t>Por tanto, su solicitud queda registrada y, en el caso de que se produzca una vacante adecuada a su perfil profesional y categoría, se le comunicará a la mayor brevedad posible para proceder a su reincorporación, siempre que se cumplan los requisitos legales y convencionales.</w:t>
      </w:r>
    </w:p>
    <w:p/>
    <w:p>
      <w:r>
        <w:rPr>
          <w:b w:val="0"/>
          <w:sz w:val="20"/>
        </w:rPr>
        <w:t>Sin perjuicio de lo anterior, si desea ampliar información o actualizar los datos de contacto, puede dirigirse al departamento de Recursos Humanos.</w:t>
      </w:r>
    </w:p>
    <w:p/>
    <w:p>
      <w:r>
        <w:rPr>
          <w:b w:val="0"/>
          <w:sz w:val="20"/>
        </w:rPr>
        <w:t>Agradecemos su interés en reincorporarse a nuestra empresa y quedamos a su disposición para cualquier aclaración adicional.</w:t>
      </w:r>
    </w:p>
    <w:p/>
    <w:p/>
    <w:p>
      <w:r>
        <w:rPr>
          <w:b w:val="0"/>
          <w:sz w:val="20"/>
        </w:rPr>
        <w:t>Atentamente,</w:t>
      </w:r>
    </w:p>
    <w:p/>
    <w:p/>
    <w:p/>
    <w:p>
      <w:r>
        <w:rPr>
          <w:b w:val="0"/>
          <w:sz w:val="20"/>
        </w:rPr>
        <w:t>Firma y sello de la empresa</w:t>
      </w:r>
    </w:p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https://experto-administrativo.com/contestacion-reincorporacion-excedencia-voluntaria/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https://experto-administrativo.com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administrativo.com/contestacion-reincorporacion-excedencia-voluntaria/" TargetMode="External"/><Relationship Id="rId10" Type="http://schemas.openxmlformats.org/officeDocument/2006/relationships/hyperlink" Target="https://experto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