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SOLICITUD DE DEVOLUCIÓN DE FIANZA DE ALQUILER</w:t>
      </w:r>
    </w:p>
    <w:p/>
    <w:p>
      <w:r>
        <w:rPr>
          <w:b/>
          <w:sz w:val="20"/>
        </w:rPr>
        <w:t>ARRENDATARIO/A:</w:t>
      </w:r>
    </w:p>
    <w:p>
      <w:r>
        <w:rPr>
          <w:b w:val="0"/>
          <w:sz w:val="20"/>
        </w:rPr>
        <w:t>Nombre y apellidos: _____________________________________________________</w:t>
      </w:r>
    </w:p>
    <w:p>
      <w:r>
        <w:rPr>
          <w:b w:val="0"/>
          <w:sz w:val="20"/>
        </w:rPr>
        <w:t>DNI/NIE: _____________________     Domicilio actual: _________________________________</w:t>
      </w:r>
    </w:p>
    <w:p>
      <w:r>
        <w:rPr>
          <w:b w:val="0"/>
          <w:sz w:val="20"/>
        </w:rPr>
        <w:t>Teléfono: ___________________     Email: _____________________________________________</w:t>
      </w:r>
    </w:p>
    <w:p/>
    <w:p>
      <w:r>
        <w:rPr>
          <w:b/>
          <w:sz w:val="20"/>
        </w:rPr>
        <w:t>ARRENDADOR/A:</w:t>
      </w:r>
    </w:p>
    <w:p>
      <w:r>
        <w:rPr>
          <w:b w:val="0"/>
          <w:sz w:val="20"/>
        </w:rPr>
        <w:t>Nombre y apellidos o razón social: ______________________________________</w:t>
      </w:r>
    </w:p>
    <w:p>
      <w:r>
        <w:rPr>
          <w:b w:val="0"/>
          <w:sz w:val="20"/>
        </w:rPr>
        <w:t>DNI/NIE/CIF: _____________________     Domicilio: _________________________________</w:t>
      </w:r>
    </w:p>
    <w:p/>
    <w:p>
      <w:r>
        <w:rPr>
          <w:b/>
          <w:sz w:val="20"/>
        </w:rPr>
        <w:t>INMUEBLE ARRENDADO:</w:t>
      </w:r>
    </w:p>
    <w:p>
      <w:r>
        <w:rPr>
          <w:b w:val="0"/>
          <w:sz w:val="20"/>
        </w:rPr>
        <w:t>Dirección: ______________________________________________________________</w:t>
      </w:r>
    </w:p>
    <w:p>
      <w:r>
        <w:rPr>
          <w:b w:val="0"/>
          <w:sz w:val="20"/>
        </w:rPr>
        <w:t>Fecha inicio contrato: ________________    Fecha fin contrato: ________________</w:t>
      </w:r>
    </w:p>
    <w:p>
      <w:r>
        <w:rPr>
          <w:b w:val="0"/>
          <w:sz w:val="20"/>
        </w:rPr>
        <w:t>Importe de la fianza entregada: _________________________________</w:t>
      </w:r>
    </w:p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Que en fecha arriba indicada formalicé contrato de arrendamiento de vivienda/local con la parte arrendadora, relativo al inmueble citado, entregando en ese acto la cantidad de fianza arriba indicada en cumplimiento de lo dispuesto en la Ley de Arrendamientos Urbanos.</w:t>
      </w:r>
    </w:p>
    <w:p>
      <w:r>
        <w:rPr>
          <w:b w:val="0"/>
          <w:sz w:val="20"/>
        </w:rPr>
        <w:t>Que, una vez finalizado el contrato y entregadas las llaves del inmueble, el mismo ha sido devuelto en correcto estado de conservación, sin desperfectos ni deudas pendientes por suministros ni otras cantidades derivadas del contrato de arrendamiento.</w:t>
      </w:r>
    </w:p>
    <w:p>
      <w:r>
        <w:rPr>
          <w:b w:val="0"/>
          <w:sz w:val="20"/>
        </w:rPr>
        <w:t>Que, transcurrido el plazo legal desde la finalización del contrato y entrega de llaves, no se ha efectuado la devolución de la fianza entregada en su día.</w:t>
      </w:r>
    </w:p>
    <w:p/>
    <w:p>
      <w:r>
        <w:rPr>
          <w:b/>
          <w:sz w:val="20"/>
        </w:rPr>
        <w:t>SOLICITA</w:t>
      </w:r>
    </w:p>
    <w:p>
      <w:r>
        <w:rPr>
          <w:b w:val="0"/>
          <w:sz w:val="20"/>
        </w:rPr>
        <w:t>Que se proceda a la devolución íntegra de la fianza entregada por importe arriba indicado, mediante transferencia bancaria a la siguiente cuenta:</w:t>
      </w:r>
    </w:p>
    <w:p>
      <w:r>
        <w:rPr>
          <w:b w:val="0"/>
          <w:sz w:val="20"/>
        </w:rPr>
        <w:t>Entidad: ___________________________    IBAN: _________________________________</w:t>
      </w:r>
    </w:p>
    <w:p/>
    <w:p>
      <w:r>
        <w:rPr>
          <w:b w:val="0"/>
          <w:sz w:val="20"/>
        </w:rPr>
        <w:t>En caso de no recibir respuesta en el plazo de siete días, me reservo el derecho de ejercitar las acciones legales que correspondan para la recuperación de la cantidad reclamada.</w:t>
      </w:r>
    </w:p>
    <w:p/>
    <w:p/>
    <w:p>
      <w:r>
        <w:rPr>
          <w:b/>
          <w:sz w:val="20"/>
        </w:rPr>
        <w:t>El/la Arrendatario/a</w:t>
      </w:r>
    </w:p>
    <w:p/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https://experto-administrativo.com/devolucion-fianza-alquiler/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devolucion-fianza-alquiler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