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DOCUMENTO DE ACUERDO ENTRE PARTES</w:t>
      </w:r>
    </w:p>
    <w:p/>
    <w:p>
      <w:r>
        <w:rPr>
          <w:b/>
          <w:sz w:val="20"/>
        </w:rPr>
        <w:t>REUNIDOS</w:t>
      </w:r>
    </w:p>
    <w:p>
      <w:r>
        <w:rPr>
          <w:b w:val="0"/>
          <w:sz w:val="20"/>
        </w:rPr>
        <w:t>De una parte, D./Dña. ____________________________________________________________, mayor de edad, con DNI/NIE número ___________________________ y domicilio en _________________________________________________________________.</w:t>
      </w:r>
    </w:p>
    <w:p/>
    <w:p>
      <w:r>
        <w:rPr>
          <w:b w:val="0"/>
          <w:sz w:val="20"/>
        </w:rPr>
        <w:t>Y de otra parte, D./Dña. ____________________________________________________________, mayor de edad, con DNI/NIE número ___________________________ y domicilio en _________________________________________________________________.</w:t>
      </w:r>
    </w:p>
    <w:p/>
    <w:p>
      <w:r>
        <w:rPr>
          <w:b w:val="0"/>
          <w:sz w:val="20"/>
        </w:rPr>
        <w:t>Ambas partes intervienen en su propio nombre y derecho, reconociéndose mutuamente la capacidad legal necesaria para la celebración del presente acuerdo, y a tal efecto,</w:t>
      </w:r>
    </w:p>
    <w:p/>
    <w:p>
      <w:r>
        <w:rPr>
          <w:b/>
          <w:sz w:val="20"/>
        </w:rPr>
        <w:t>EXPONEN</w:t>
      </w:r>
    </w:p>
    <w:p>
      <w:r>
        <w:rPr>
          <w:b w:val="0"/>
          <w:sz w:val="20"/>
        </w:rPr>
        <w:t>I. Que las partes mantienen o han mantenido una relación de naturaleza __________________________________________.</w:t>
      </w:r>
    </w:p>
    <w:p>
      <w:r>
        <w:rPr>
          <w:b w:val="0"/>
          <w:sz w:val="20"/>
        </w:rPr>
        <w:t>II. Que, con motivo de dicha relación, han surgido determinadas cuestiones que desean regular mediante el presente documento.</w:t>
      </w:r>
    </w:p>
    <w:p>
      <w:r>
        <w:rPr>
          <w:b w:val="0"/>
          <w:sz w:val="20"/>
        </w:rPr>
        <w:t>III. Que, en aras de evitar conflictos y regular de forma clara los derechos y obligaciones de cada parte, formalizan el presente acuerdo conforme a las siguientes:</w:t>
      </w:r>
    </w:p>
    <w:p/>
    <w:p>
      <w:r>
        <w:rPr>
          <w:b/>
          <w:sz w:val="20"/>
        </w:rPr>
        <w:t>CLÁUSULAS</w:t>
      </w:r>
    </w:p>
    <w:p>
      <w:r>
        <w:rPr>
          <w:b w:val="0"/>
          <w:sz w:val="20"/>
        </w:rPr>
        <w:t>Primera.- Objeto del acuerdo</w:t>
      </w:r>
    </w:p>
    <w:p>
      <w:r>
        <w:rPr>
          <w:b w:val="0"/>
          <w:sz w:val="20"/>
        </w:rPr>
        <w:t>El objeto del presente acuerdo es regular ___________________________________________, estableciendo los términos y condiciones bajo los cuales las partes se obligan a cumplir lo pactado en este documento.</w:t>
      </w:r>
    </w:p>
    <w:p/>
    <w:p>
      <w:r>
        <w:rPr>
          <w:b w:val="0"/>
          <w:sz w:val="20"/>
        </w:rPr>
        <w:t>Segunda.- Obligaciones de las partes</w:t>
      </w:r>
    </w:p>
    <w:p>
      <w:r>
        <w:rPr>
          <w:b w:val="0"/>
          <w:sz w:val="20"/>
        </w:rPr>
        <w:t>Las partes se comprometen a _____________________________________________, según los términos recogidos en el presente documento.</w:t>
      </w:r>
    </w:p>
    <w:p/>
    <w:p>
      <w:r>
        <w:rPr>
          <w:b w:val="0"/>
          <w:sz w:val="20"/>
        </w:rPr>
        <w:t>Tercera.- Plazos</w:t>
      </w:r>
    </w:p>
    <w:p>
      <w:r>
        <w:rPr>
          <w:b w:val="0"/>
          <w:sz w:val="20"/>
        </w:rPr>
        <w:t>Las obligaciones asumidas en este acuerdo deberán cumplirse en el plazo de ____________________________________________.</w:t>
      </w:r>
    </w:p>
    <w:p/>
    <w:p>
      <w:r>
        <w:rPr>
          <w:b w:val="0"/>
          <w:sz w:val="20"/>
        </w:rPr>
        <w:t>Cuarta.- Consecuencias del incumplimiento</w:t>
      </w:r>
    </w:p>
    <w:p>
      <w:r>
        <w:rPr>
          <w:b w:val="0"/>
          <w:sz w:val="20"/>
        </w:rPr>
        <w:t>En caso de incumplimiento de cualquiera de las obligaciones asumidas por las partes, se aplicarán las siguientes consecuencias: _____________________________________________.</w:t>
      </w:r>
    </w:p>
    <w:p/>
    <w:p>
      <w:r>
        <w:rPr>
          <w:b w:val="0"/>
          <w:sz w:val="20"/>
        </w:rPr>
        <w:t>Quinta.- Solución de controversias</w:t>
      </w:r>
    </w:p>
    <w:p>
      <w:r>
        <w:rPr>
          <w:b w:val="0"/>
          <w:sz w:val="20"/>
        </w:rPr>
        <w:t>Las partes se comprometen a resolver de mutuo acuerdo cualquier discrepancia surgida en la interpretación o ejecución del presente acuerdo. En caso de no alcanzarse acuerdo amistoso, las partes se someten a los Juzgados y Tribunales de _________________________________.</w:t>
      </w:r>
    </w:p>
    <w:p/>
    <w:p>
      <w:r>
        <w:rPr>
          <w:b w:val="0"/>
          <w:sz w:val="20"/>
        </w:rPr>
        <w:t>Sexta.- Miscelánea</w:t>
      </w:r>
    </w:p>
    <w:p>
      <w:r>
        <w:rPr>
          <w:b w:val="0"/>
          <w:sz w:val="20"/>
        </w:rPr>
        <w:t>Cualquier modificación del presente documento requerirá el consentimiento expreso y por escrito de ambas partes.</w:t>
      </w:r>
    </w:p>
    <w:p/>
    <w:p/>
    <w:p/>
    <w:p>
      <w:r>
        <w:rPr>
          <w:b w:val="0"/>
          <w:sz w:val="20"/>
        </w:rPr>
        <w:t>Firmado por ambas partes en dos ejemplares de un mismo tenor y a un solo efecto.</w:t>
      </w:r>
    </w:p>
    <w:p/>
    <w:p/>
    <w:p>
      <w:r>
        <w:rPr>
          <w:b w:val="0"/>
          <w:sz w:val="20"/>
        </w:rPr>
        <w:t>Firma de la Parte 1: _________________________</w:t>
      </w:r>
    </w:p>
    <w:p/>
    <w:p/>
    <w:p>
      <w:r>
        <w:rPr>
          <w:b w:val="0"/>
          <w:sz w:val="20"/>
        </w:rPr>
        <w:t>Firma de la Parte 2: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https://experto-administrativo.com/documento-de-acuerdo-entre-partes/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documento-de-acuerdo-entre-parte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